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2664"/>
        <w:gridCol w:w="2664"/>
        <w:gridCol w:w="2664"/>
        <w:gridCol w:w="2664"/>
      </w:tblGrid>
      <w:tr w:rsidR="00033C64" w14:paraId="39B6B1D1" w14:textId="77777777">
        <w:tc>
          <w:tcPr>
            <w:tcW w:w="2664" w:type="dxa"/>
            <w:tcBorders>
              <w:top w:val="single" w:sz="0" w:space="0" w:color="F6A96B"/>
              <w:left w:val="single" w:sz="0" w:space="0" w:color="F6A96B"/>
              <w:bottom w:val="single" w:sz="0" w:space="0" w:color="F6A96B"/>
              <w:right w:val="single" w:sz="0" w:space="0" w:color="F6A96B"/>
            </w:tcBorders>
            <w:shd w:val="clear" w:color="auto" w:fill="F6A96B"/>
            <w:vAlign w:val="center"/>
          </w:tcPr>
          <w:p w14:paraId="29D6B04F" w14:textId="77777777" w:rsidR="00033C64" w:rsidRDefault="001A1814">
            <w:r>
              <w:rPr>
                <w:color w:val="3A2B3F"/>
                <w:sz w:val="17"/>
              </w:rPr>
              <w:t xml:space="preserve"> </w:t>
            </w:r>
          </w:p>
        </w:tc>
        <w:tc>
          <w:tcPr>
            <w:tcW w:w="2664" w:type="dxa"/>
            <w:tcBorders>
              <w:top w:val="single" w:sz="0" w:space="0" w:color="F07A8A"/>
              <w:left w:val="single" w:sz="0" w:space="0" w:color="F07A8A"/>
              <w:bottom w:val="single" w:sz="0" w:space="0" w:color="F07A8A"/>
              <w:right w:val="single" w:sz="0" w:space="0" w:color="F07A8A"/>
            </w:tcBorders>
            <w:shd w:val="clear" w:color="auto" w:fill="F07A8A"/>
            <w:vAlign w:val="center"/>
          </w:tcPr>
          <w:p w14:paraId="0A6959E7" w14:textId="77777777" w:rsidR="00033C64" w:rsidRDefault="001A1814">
            <w:r>
              <w:rPr>
                <w:color w:val="3A2B3F"/>
                <w:sz w:val="17"/>
              </w:rPr>
              <w:t xml:space="preserve"> </w:t>
            </w:r>
          </w:p>
        </w:tc>
        <w:tc>
          <w:tcPr>
            <w:tcW w:w="2664" w:type="dxa"/>
            <w:tcBorders>
              <w:top w:val="single" w:sz="0" w:space="0" w:color="CDB4DB"/>
              <w:left w:val="single" w:sz="0" w:space="0" w:color="CDB4DB"/>
              <w:bottom w:val="single" w:sz="0" w:space="0" w:color="CDB4DB"/>
              <w:right w:val="single" w:sz="0" w:space="0" w:color="CDB4DB"/>
            </w:tcBorders>
            <w:shd w:val="clear" w:color="auto" w:fill="CDB4DB"/>
            <w:vAlign w:val="center"/>
          </w:tcPr>
          <w:p w14:paraId="100C5B58" w14:textId="77777777" w:rsidR="00033C64" w:rsidRDefault="001A1814">
            <w:r>
              <w:rPr>
                <w:color w:val="3A2B3F"/>
                <w:sz w:val="17"/>
              </w:rPr>
              <w:t xml:space="preserve"> </w:t>
            </w:r>
          </w:p>
        </w:tc>
        <w:tc>
          <w:tcPr>
            <w:tcW w:w="2664" w:type="dxa"/>
            <w:tcBorders>
              <w:top w:val="single" w:sz="0" w:space="0" w:color="7BC6C4"/>
              <w:left w:val="single" w:sz="0" w:space="0" w:color="7BC6C4"/>
              <w:bottom w:val="single" w:sz="0" w:space="0" w:color="7BC6C4"/>
              <w:right w:val="single" w:sz="0" w:space="0" w:color="7BC6C4"/>
            </w:tcBorders>
            <w:shd w:val="clear" w:color="auto" w:fill="7BC6C4"/>
            <w:vAlign w:val="center"/>
          </w:tcPr>
          <w:p w14:paraId="12F40E89" w14:textId="77777777" w:rsidR="00033C64" w:rsidRDefault="001A1814">
            <w:r>
              <w:rPr>
                <w:color w:val="3A2B3F"/>
                <w:sz w:val="17"/>
              </w:rPr>
              <w:t xml:space="preserve"> </w:t>
            </w:r>
          </w:p>
        </w:tc>
      </w:tr>
    </w:tbl>
    <w:p w14:paraId="4AE75FAB" w14:textId="77777777" w:rsidR="00033C64" w:rsidRDefault="001A1814">
      <w:pPr>
        <w:spacing w:before="160" w:after="20"/>
        <w:jc w:val="center"/>
      </w:pPr>
      <w:r>
        <w:rPr>
          <w:b/>
          <w:color w:val="3A2B3F"/>
          <w:sz w:val="52"/>
        </w:rPr>
        <w:t>HerCommunity C.I.C.</w:t>
      </w:r>
    </w:p>
    <w:p w14:paraId="0DFC2BCA" w14:textId="77777777" w:rsidR="00033C64" w:rsidRDefault="001A1814">
      <w:pPr>
        <w:jc w:val="center"/>
      </w:pPr>
      <w:r>
        <w:rPr>
          <w:b/>
          <w:color w:val="F07A8A"/>
          <w:sz w:val="36"/>
        </w:rPr>
        <w:t>New Client Referral Form</w:t>
      </w:r>
    </w:p>
    <w:p w14:paraId="7FFFA9DE" w14:textId="77777777" w:rsidR="00033C64" w:rsidRDefault="001A1814">
      <w:pPr>
        <w:jc w:val="center"/>
      </w:pPr>
      <w:r>
        <w:rPr>
          <w:color w:val="6B5B73"/>
          <w:sz w:val="20"/>
        </w:rPr>
        <w:t>For Reclaim Her, Her Mind Matters and One-to-One Wellbeing Support</w:t>
      </w:r>
    </w:p>
    <w:p w14:paraId="23CC3E99" w14:textId="77777777" w:rsidR="00033C64" w:rsidRDefault="001A1814">
      <w:pPr>
        <w:jc w:val="center"/>
      </w:pPr>
      <w:r>
        <w:rPr>
          <w:i/>
          <w:color w:val="7BC6C4"/>
          <w:sz w:val="20"/>
        </w:rPr>
        <w:t>Bridging the gap between crisis and clinical support</w:t>
      </w:r>
    </w:p>
    <w:tbl>
      <w:tblPr>
        <w:tblW w:w="0" w:type="auto"/>
        <w:jc w:val="center"/>
        <w:tblLook w:val="04A0" w:firstRow="1" w:lastRow="0" w:firstColumn="1" w:lastColumn="0" w:noHBand="0" w:noVBand="1"/>
      </w:tblPr>
      <w:tblGrid>
        <w:gridCol w:w="10636"/>
      </w:tblGrid>
      <w:tr w:rsidR="00033C64" w14:paraId="28D434AB" w14:textId="77777777">
        <w:trPr>
          <w:jc w:val="center"/>
        </w:trPr>
        <w:tc>
          <w:tcPr>
            <w:tcW w:w="10656" w:type="dxa"/>
            <w:tcBorders>
              <w:top w:val="single" w:sz="8" w:space="0" w:color="7BC6C4"/>
              <w:left w:val="single" w:sz="8" w:space="0" w:color="7BC6C4"/>
              <w:bottom w:val="single" w:sz="8" w:space="0" w:color="7BC6C4"/>
              <w:right w:val="single" w:sz="8" w:space="0" w:color="7BC6C4"/>
            </w:tcBorders>
            <w:shd w:val="clear" w:color="auto" w:fill="E7F7F6"/>
          </w:tcPr>
          <w:p w14:paraId="7E5997BC" w14:textId="77777777" w:rsidR="00033C64" w:rsidRDefault="001A1814">
            <w:pPr>
              <w:spacing w:after="0"/>
            </w:pPr>
            <w:r>
              <w:rPr>
                <w:color w:val="3A2B3F"/>
                <w:sz w:val="16"/>
              </w:rPr>
              <w:t>Purpose of this form: to help HerCommunity decide whether a young person is suitable for preventative, non-clinical wellbeing support, identify any safeguarding or access needs, and match them to the most appropriate support pathway.</w:t>
            </w:r>
          </w:p>
        </w:tc>
      </w:tr>
    </w:tbl>
    <w:p w14:paraId="47E38EAA" w14:textId="77777777" w:rsidR="00033C64" w:rsidRDefault="001A1814">
      <w:pPr>
        <w:pBdr>
          <w:bottom w:val="single" w:sz="12" w:space="3" w:color="7BC6C4"/>
        </w:pBdr>
        <w:spacing w:before="60" w:after="100"/>
      </w:pPr>
      <w:r>
        <w:rPr>
          <w:b/>
          <w:color w:val="3A2B3F"/>
          <w:sz w:val="26"/>
        </w:rPr>
        <w:t>A. Referral Snapshot</w:t>
      </w:r>
    </w:p>
    <w:p w14:paraId="57086BD7" w14:textId="77777777" w:rsidR="00033C64" w:rsidRDefault="001A1814">
      <w:pPr>
        <w:spacing w:after="80"/>
      </w:pPr>
      <w:r>
        <w:rPr>
          <w:color w:val="6B5B73"/>
          <w:sz w:val="17"/>
        </w:rPr>
        <w:t>Please complete as much as possible. Missing information may delay triage.</w:t>
      </w:r>
    </w:p>
    <w:tbl>
      <w:tblPr>
        <w:tblW w:w="0" w:type="auto"/>
        <w:jc w:val="center"/>
        <w:tblLook w:val="04A0" w:firstRow="1" w:lastRow="0" w:firstColumn="1" w:lastColumn="0" w:noHBand="0" w:noVBand="1"/>
      </w:tblPr>
      <w:tblGrid>
        <w:gridCol w:w="2661"/>
        <w:gridCol w:w="2662"/>
        <w:gridCol w:w="2662"/>
        <w:gridCol w:w="2661"/>
      </w:tblGrid>
      <w:tr w:rsidR="00033C64" w14:paraId="2737BB75" w14:textId="77777777">
        <w:trPr>
          <w:jc w:val="center"/>
        </w:trPr>
        <w:tc>
          <w:tcPr>
            <w:tcW w:w="2664" w:type="dxa"/>
            <w:tcBorders>
              <w:top w:val="single" w:sz="4" w:space="0" w:color="D9D0DE"/>
              <w:left w:val="single" w:sz="4" w:space="0" w:color="D9D0DE"/>
              <w:bottom w:val="single" w:sz="4" w:space="0" w:color="D9D0DE"/>
              <w:right w:val="single" w:sz="4" w:space="0" w:color="D9D0DE"/>
            </w:tcBorders>
            <w:vAlign w:val="center"/>
          </w:tcPr>
          <w:p w14:paraId="2DE011FC" w14:textId="77777777" w:rsidR="00033C64" w:rsidRDefault="001A1814">
            <w:pPr>
              <w:spacing w:after="0"/>
            </w:pPr>
            <w:r>
              <w:rPr>
                <w:b/>
                <w:color w:val="3A2B3F"/>
                <w:sz w:val="17"/>
              </w:rPr>
              <w:t>Date of referral</w:t>
            </w:r>
          </w:p>
        </w:tc>
        <w:tc>
          <w:tcPr>
            <w:tcW w:w="2664"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3C28BCFB" w14:textId="77777777" w:rsidR="00033C64" w:rsidRDefault="001A1814">
            <w:pPr>
              <w:spacing w:after="0"/>
            </w:pPr>
            <w:r>
              <w:rPr>
                <w:color w:val="3A2B3F"/>
                <w:sz w:val="17"/>
              </w:rPr>
              <w:t>____ / ____ / ______</w:t>
            </w:r>
          </w:p>
        </w:tc>
        <w:tc>
          <w:tcPr>
            <w:tcW w:w="2664" w:type="dxa"/>
            <w:tcBorders>
              <w:top w:val="single" w:sz="4" w:space="0" w:color="D9D0DE"/>
              <w:left w:val="single" w:sz="4" w:space="0" w:color="D9D0DE"/>
              <w:bottom w:val="single" w:sz="4" w:space="0" w:color="D9D0DE"/>
              <w:right w:val="single" w:sz="4" w:space="0" w:color="D9D0DE"/>
            </w:tcBorders>
            <w:vAlign w:val="center"/>
          </w:tcPr>
          <w:p w14:paraId="3C933AA6" w14:textId="77777777" w:rsidR="00033C64" w:rsidRDefault="001A1814">
            <w:pPr>
              <w:spacing w:after="0"/>
            </w:pPr>
            <w:r>
              <w:rPr>
                <w:b/>
                <w:color w:val="3A2B3F"/>
                <w:sz w:val="17"/>
              </w:rPr>
              <w:t>Priority requested</w:t>
            </w:r>
          </w:p>
        </w:tc>
        <w:tc>
          <w:tcPr>
            <w:tcW w:w="2664"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73E3104A" w14:textId="77777777" w:rsidR="00033C64" w:rsidRDefault="001A1814">
            <w:pPr>
              <w:spacing w:after="0"/>
            </w:pPr>
            <w:r>
              <w:rPr>
                <w:color w:val="3A2B3F"/>
                <w:sz w:val="17"/>
              </w:rPr>
              <w:t>□ Routine  □ Soon  □ Urgent</w:t>
            </w:r>
          </w:p>
        </w:tc>
      </w:tr>
      <w:tr w:rsidR="00033C64" w14:paraId="6E976854" w14:textId="77777777">
        <w:trPr>
          <w:jc w:val="center"/>
        </w:trPr>
        <w:tc>
          <w:tcPr>
            <w:tcW w:w="2664" w:type="dxa"/>
            <w:tcBorders>
              <w:top w:val="single" w:sz="4" w:space="0" w:color="D9D0DE"/>
              <w:left w:val="single" w:sz="4" w:space="0" w:color="D9D0DE"/>
              <w:bottom w:val="single" w:sz="4" w:space="0" w:color="D9D0DE"/>
              <w:right w:val="single" w:sz="4" w:space="0" w:color="D9D0DE"/>
            </w:tcBorders>
            <w:vAlign w:val="center"/>
          </w:tcPr>
          <w:p w14:paraId="26338FCF" w14:textId="77777777" w:rsidR="00033C64" w:rsidRDefault="001A1814">
            <w:pPr>
              <w:spacing w:after="0"/>
            </w:pPr>
            <w:r>
              <w:rPr>
                <w:b/>
                <w:color w:val="3A2B3F"/>
                <w:sz w:val="17"/>
              </w:rPr>
              <w:t>Referral type</w:t>
            </w:r>
          </w:p>
        </w:tc>
        <w:tc>
          <w:tcPr>
            <w:tcW w:w="2664"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20C20B17" w14:textId="77777777" w:rsidR="00033C64" w:rsidRDefault="001A1814">
            <w:pPr>
              <w:spacing w:after="0"/>
            </w:pPr>
            <w:r>
              <w:rPr>
                <w:color w:val="3A2B3F"/>
                <w:sz w:val="17"/>
              </w:rPr>
              <w:t>□ Professional  □ Parent/carer  □ Self-referral</w:t>
            </w:r>
          </w:p>
        </w:tc>
        <w:tc>
          <w:tcPr>
            <w:tcW w:w="2664" w:type="dxa"/>
            <w:tcBorders>
              <w:top w:val="single" w:sz="4" w:space="0" w:color="D9D0DE"/>
              <w:left w:val="single" w:sz="4" w:space="0" w:color="D9D0DE"/>
              <w:bottom w:val="single" w:sz="4" w:space="0" w:color="D9D0DE"/>
              <w:right w:val="single" w:sz="4" w:space="0" w:color="D9D0DE"/>
            </w:tcBorders>
            <w:vAlign w:val="center"/>
          </w:tcPr>
          <w:p w14:paraId="0D1B2D75" w14:textId="77777777" w:rsidR="00033C64" w:rsidRDefault="001A1814">
            <w:pPr>
              <w:spacing w:after="0"/>
            </w:pPr>
            <w:r>
              <w:rPr>
                <w:b/>
                <w:color w:val="3A2B3F"/>
                <w:sz w:val="17"/>
              </w:rPr>
              <w:t>Support requested</w:t>
            </w:r>
          </w:p>
        </w:tc>
        <w:tc>
          <w:tcPr>
            <w:tcW w:w="2664"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7B7AFA2B" w14:textId="77777777" w:rsidR="00033C64" w:rsidRDefault="001A1814">
            <w:pPr>
              <w:spacing w:after="0"/>
            </w:pPr>
            <w:r>
              <w:rPr>
                <w:color w:val="3A2B3F"/>
                <w:sz w:val="17"/>
              </w:rPr>
              <w:t>□ Reclaim Her  □ Her Mind Matters  □ One-to-One  □ Not sure</w:t>
            </w:r>
          </w:p>
        </w:tc>
      </w:tr>
      <w:tr w:rsidR="00033C64" w14:paraId="6673A278" w14:textId="77777777">
        <w:trPr>
          <w:jc w:val="center"/>
        </w:trPr>
        <w:tc>
          <w:tcPr>
            <w:tcW w:w="2664" w:type="dxa"/>
            <w:tcBorders>
              <w:top w:val="single" w:sz="4" w:space="0" w:color="D9D0DE"/>
              <w:left w:val="single" w:sz="4" w:space="0" w:color="D9D0DE"/>
              <w:bottom w:val="single" w:sz="4" w:space="0" w:color="D9D0DE"/>
              <w:right w:val="single" w:sz="4" w:space="0" w:color="D9D0DE"/>
            </w:tcBorders>
            <w:vAlign w:val="center"/>
          </w:tcPr>
          <w:p w14:paraId="119B0C22" w14:textId="77777777" w:rsidR="00033C64" w:rsidRDefault="001A1814">
            <w:pPr>
              <w:spacing w:after="0"/>
            </w:pPr>
            <w:r>
              <w:rPr>
                <w:b/>
                <w:color w:val="3A2B3F"/>
                <w:sz w:val="17"/>
              </w:rPr>
              <w:t>Young person aware?</w:t>
            </w:r>
          </w:p>
        </w:tc>
        <w:tc>
          <w:tcPr>
            <w:tcW w:w="2664"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11AC033B" w14:textId="77777777" w:rsidR="00033C64" w:rsidRDefault="001A1814">
            <w:pPr>
              <w:spacing w:after="0"/>
            </w:pPr>
            <w:r>
              <w:rPr>
                <w:color w:val="3A2B3F"/>
                <w:sz w:val="17"/>
              </w:rPr>
              <w:t>□ Yes  □ No  □ To clarify</w:t>
            </w:r>
          </w:p>
        </w:tc>
        <w:tc>
          <w:tcPr>
            <w:tcW w:w="2664" w:type="dxa"/>
            <w:tcBorders>
              <w:top w:val="single" w:sz="4" w:space="0" w:color="D9D0DE"/>
              <w:left w:val="single" w:sz="4" w:space="0" w:color="D9D0DE"/>
              <w:bottom w:val="single" w:sz="4" w:space="0" w:color="D9D0DE"/>
              <w:right w:val="single" w:sz="4" w:space="0" w:color="D9D0DE"/>
            </w:tcBorders>
            <w:vAlign w:val="center"/>
          </w:tcPr>
          <w:p w14:paraId="3BE3F194" w14:textId="77777777" w:rsidR="00033C64" w:rsidRDefault="001A1814">
            <w:pPr>
              <w:spacing w:after="0"/>
            </w:pPr>
            <w:r>
              <w:rPr>
                <w:b/>
                <w:color w:val="3A2B3F"/>
                <w:sz w:val="17"/>
              </w:rPr>
              <w:t>Parent/carer aware?</w:t>
            </w:r>
          </w:p>
        </w:tc>
        <w:tc>
          <w:tcPr>
            <w:tcW w:w="2664"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51571910" w14:textId="77777777" w:rsidR="00033C64" w:rsidRDefault="001A1814">
            <w:pPr>
              <w:spacing w:after="0"/>
            </w:pPr>
            <w:r>
              <w:rPr>
                <w:color w:val="3A2B3F"/>
                <w:sz w:val="17"/>
              </w:rPr>
              <w:t>□ Yes  □ No  □ Not appropriate / unsafe</w:t>
            </w:r>
          </w:p>
        </w:tc>
      </w:tr>
      <w:tr w:rsidR="00033C64" w14:paraId="350AA852" w14:textId="77777777">
        <w:trPr>
          <w:jc w:val="center"/>
        </w:trPr>
        <w:tc>
          <w:tcPr>
            <w:tcW w:w="2664" w:type="dxa"/>
            <w:tcBorders>
              <w:top w:val="single" w:sz="4" w:space="0" w:color="D9D0DE"/>
              <w:left w:val="single" w:sz="4" w:space="0" w:color="D9D0DE"/>
              <w:bottom w:val="single" w:sz="4" w:space="0" w:color="D9D0DE"/>
              <w:right w:val="single" w:sz="4" w:space="0" w:color="D9D0DE"/>
            </w:tcBorders>
            <w:vAlign w:val="center"/>
          </w:tcPr>
          <w:p w14:paraId="14BBB0AA" w14:textId="77777777" w:rsidR="00033C64" w:rsidRDefault="001A1814">
            <w:pPr>
              <w:spacing w:after="0"/>
            </w:pPr>
            <w:r>
              <w:rPr>
                <w:b/>
                <w:color w:val="3A2B3F"/>
                <w:sz w:val="17"/>
              </w:rPr>
              <w:t>Consent to contact?</w:t>
            </w:r>
          </w:p>
        </w:tc>
        <w:tc>
          <w:tcPr>
            <w:tcW w:w="2664"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49D8D333" w14:textId="77777777" w:rsidR="00033C64" w:rsidRDefault="001A1814">
            <w:pPr>
              <w:spacing w:after="0"/>
            </w:pPr>
            <w:r>
              <w:rPr>
                <w:color w:val="3A2B3F"/>
                <w:sz w:val="17"/>
              </w:rPr>
              <w:t>□ Yes  □ No  □ To clarify</w:t>
            </w:r>
          </w:p>
        </w:tc>
        <w:tc>
          <w:tcPr>
            <w:tcW w:w="2664" w:type="dxa"/>
            <w:tcBorders>
              <w:top w:val="single" w:sz="4" w:space="0" w:color="D9D0DE"/>
              <w:left w:val="single" w:sz="4" w:space="0" w:color="D9D0DE"/>
              <w:bottom w:val="single" w:sz="4" w:space="0" w:color="D9D0DE"/>
              <w:right w:val="single" w:sz="4" w:space="0" w:color="D9D0DE"/>
            </w:tcBorders>
            <w:vAlign w:val="center"/>
          </w:tcPr>
          <w:p w14:paraId="1A50FDB9" w14:textId="77777777" w:rsidR="00033C64" w:rsidRDefault="001A1814">
            <w:pPr>
              <w:spacing w:after="0"/>
            </w:pPr>
            <w:r>
              <w:rPr>
                <w:b/>
                <w:color w:val="3A2B3F"/>
                <w:sz w:val="17"/>
              </w:rPr>
              <w:t>Preferred contact route</w:t>
            </w:r>
          </w:p>
        </w:tc>
        <w:tc>
          <w:tcPr>
            <w:tcW w:w="2664"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2D8153B3" w14:textId="77777777" w:rsidR="00033C64" w:rsidRDefault="001A1814">
            <w:pPr>
              <w:spacing w:after="0"/>
            </w:pPr>
            <w:r>
              <w:rPr>
                <w:color w:val="3A2B3F"/>
                <w:sz w:val="17"/>
              </w:rPr>
              <w:t>□ Phone  □ Text  □ Email  □ Through referrer</w:t>
            </w:r>
          </w:p>
        </w:tc>
      </w:tr>
    </w:tbl>
    <w:p w14:paraId="52D0BD99" w14:textId="77777777" w:rsidR="00033C64" w:rsidRDefault="001A1814">
      <w:pPr>
        <w:pBdr>
          <w:bottom w:val="single" w:sz="12" w:space="3" w:color="F6A96B"/>
        </w:pBdr>
        <w:spacing w:before="60" w:after="100"/>
      </w:pPr>
      <w:r>
        <w:rPr>
          <w:b/>
          <w:color w:val="3A2B3F"/>
          <w:sz w:val="26"/>
        </w:rPr>
        <w:t>B. Quick Suitability Reminder</w:t>
      </w:r>
    </w:p>
    <w:tbl>
      <w:tblPr>
        <w:tblW w:w="0" w:type="auto"/>
        <w:tblLook w:val="04A0" w:firstRow="1" w:lastRow="0" w:firstColumn="1" w:lastColumn="0" w:noHBand="0" w:noVBand="1"/>
      </w:tblPr>
      <w:tblGrid>
        <w:gridCol w:w="3545"/>
        <w:gridCol w:w="3545"/>
        <w:gridCol w:w="3546"/>
      </w:tblGrid>
      <w:tr w:rsidR="00033C64" w14:paraId="4EE59615" w14:textId="77777777">
        <w:tc>
          <w:tcPr>
            <w:tcW w:w="3552" w:type="dxa"/>
            <w:tcBorders>
              <w:top w:val="single" w:sz="8" w:space="0" w:color="7BC6C4"/>
              <w:left w:val="single" w:sz="8" w:space="0" w:color="7BC6C4"/>
              <w:bottom w:val="single" w:sz="8" w:space="0" w:color="7BC6C4"/>
              <w:right w:val="single" w:sz="8" w:space="0" w:color="7BC6C4"/>
            </w:tcBorders>
            <w:shd w:val="clear" w:color="auto" w:fill="E7F7F6"/>
          </w:tcPr>
          <w:p w14:paraId="4A6EC4C9" w14:textId="77777777" w:rsidR="00033C64" w:rsidRDefault="001A1814">
            <w:r>
              <w:rPr>
                <w:b/>
                <w:color w:val="3A2B3F"/>
                <w:sz w:val="17"/>
              </w:rPr>
              <w:t>GREEN – likely suitable</w:t>
            </w:r>
            <w:r>
              <w:rPr>
                <w:b/>
                <w:color w:val="3A2B3F"/>
                <w:sz w:val="17"/>
              </w:rPr>
              <w:br/>
            </w:r>
            <w:r>
              <w:rPr>
                <w:color w:val="3A2B3F"/>
                <w:sz w:val="15"/>
              </w:rPr>
              <w:t>Mild-to-moderate wellbeing, confidence, relationship, identity, transition or belonging needs; no immediate safety concern.</w:t>
            </w:r>
          </w:p>
        </w:tc>
        <w:tc>
          <w:tcPr>
            <w:tcW w:w="3552" w:type="dxa"/>
            <w:tcBorders>
              <w:top w:val="single" w:sz="8" w:space="0" w:color="CDB4DB"/>
              <w:left w:val="single" w:sz="8" w:space="0" w:color="CDB4DB"/>
              <w:bottom w:val="single" w:sz="8" w:space="0" w:color="CDB4DB"/>
              <w:right w:val="single" w:sz="8" w:space="0" w:color="CDB4DB"/>
            </w:tcBorders>
            <w:shd w:val="clear" w:color="auto" w:fill="F4EEFA"/>
          </w:tcPr>
          <w:p w14:paraId="13CB0794" w14:textId="77777777" w:rsidR="00033C64" w:rsidRDefault="001A1814">
            <w:r>
              <w:rPr>
                <w:b/>
                <w:color w:val="3A2B3F"/>
                <w:sz w:val="17"/>
              </w:rPr>
              <w:t>AMBER – needs review/plan</w:t>
            </w:r>
            <w:r>
              <w:rPr>
                <w:b/>
                <w:color w:val="3A2B3F"/>
                <w:sz w:val="17"/>
              </w:rPr>
              <w:br/>
            </w:r>
            <w:r>
              <w:rPr>
                <w:color w:val="3A2B3F"/>
                <w:sz w:val="15"/>
              </w:rPr>
              <w:t>Further information, consent, access adjustments, risk review or linked professional support may be needed first.</w:t>
            </w:r>
          </w:p>
        </w:tc>
        <w:tc>
          <w:tcPr>
            <w:tcW w:w="3552" w:type="dxa"/>
            <w:tcBorders>
              <w:top w:val="single" w:sz="8" w:space="0" w:color="F07A8A"/>
              <w:left w:val="single" w:sz="8" w:space="0" w:color="F07A8A"/>
              <w:bottom w:val="single" w:sz="8" w:space="0" w:color="F07A8A"/>
              <w:right w:val="single" w:sz="8" w:space="0" w:color="F07A8A"/>
            </w:tcBorders>
            <w:shd w:val="clear" w:color="auto" w:fill="FFF0F2"/>
          </w:tcPr>
          <w:p w14:paraId="09C3060A" w14:textId="77777777" w:rsidR="00033C64" w:rsidRDefault="001A1814">
            <w:r>
              <w:rPr>
                <w:b/>
                <w:color w:val="3A2B3F"/>
                <w:sz w:val="17"/>
              </w:rPr>
              <w:t>RED – escalate/signpost</w:t>
            </w:r>
            <w:r>
              <w:rPr>
                <w:b/>
                <w:color w:val="3A2B3F"/>
                <w:sz w:val="17"/>
              </w:rPr>
              <w:br/>
            </w:r>
            <w:r>
              <w:rPr>
                <w:color w:val="3A2B3F"/>
                <w:sz w:val="15"/>
              </w:rPr>
              <w:t>Immediate danger, crisis, high-risk safeguarding, active suicide intent, specialist clinical or statutory intervention needs.</w:t>
            </w:r>
          </w:p>
        </w:tc>
      </w:tr>
    </w:tbl>
    <w:p w14:paraId="672A6659" w14:textId="77777777" w:rsidR="00033C64" w:rsidRDefault="001A1814">
      <w:r>
        <w:br w:type="page"/>
      </w:r>
    </w:p>
    <w:p w14:paraId="6A1C2E69" w14:textId="77777777" w:rsidR="00033C64" w:rsidRDefault="001A1814">
      <w:pPr>
        <w:pBdr>
          <w:bottom w:val="single" w:sz="12" w:space="3" w:color="7BC6C4"/>
        </w:pBdr>
        <w:spacing w:before="60" w:after="100"/>
      </w:pPr>
      <w:r>
        <w:rPr>
          <w:b/>
          <w:color w:val="3A2B3F"/>
          <w:sz w:val="26"/>
        </w:rPr>
        <w:lastRenderedPageBreak/>
        <w:t>1. Referrer Details</w:t>
      </w:r>
    </w:p>
    <w:p w14:paraId="390386C5" w14:textId="77777777" w:rsidR="00033C64" w:rsidRDefault="001A1814">
      <w:pPr>
        <w:spacing w:after="80"/>
      </w:pPr>
      <w:r>
        <w:rPr>
          <w:color w:val="6B5B73"/>
          <w:sz w:val="17"/>
        </w:rPr>
        <w:t>For self-referrals, complete the contact details and note how you heard about HerCommunity.</w:t>
      </w:r>
    </w:p>
    <w:tbl>
      <w:tblPr>
        <w:tblW w:w="0" w:type="auto"/>
        <w:jc w:val="center"/>
        <w:tblLook w:val="04A0" w:firstRow="1" w:lastRow="0" w:firstColumn="1" w:lastColumn="0" w:noHBand="0" w:noVBand="1"/>
      </w:tblPr>
      <w:tblGrid>
        <w:gridCol w:w="2662"/>
        <w:gridCol w:w="2661"/>
        <w:gridCol w:w="2662"/>
        <w:gridCol w:w="2661"/>
      </w:tblGrid>
      <w:tr w:rsidR="00033C64" w14:paraId="2C476B28" w14:textId="77777777">
        <w:trPr>
          <w:jc w:val="center"/>
        </w:trPr>
        <w:tc>
          <w:tcPr>
            <w:tcW w:w="2664" w:type="dxa"/>
            <w:tcBorders>
              <w:top w:val="single" w:sz="4" w:space="0" w:color="D9D0DE"/>
              <w:left w:val="single" w:sz="4" w:space="0" w:color="D9D0DE"/>
              <w:bottom w:val="single" w:sz="4" w:space="0" w:color="D9D0DE"/>
              <w:right w:val="single" w:sz="4" w:space="0" w:color="D9D0DE"/>
            </w:tcBorders>
            <w:vAlign w:val="center"/>
          </w:tcPr>
          <w:p w14:paraId="24D3EFED" w14:textId="77777777" w:rsidR="00033C64" w:rsidRDefault="001A1814">
            <w:pPr>
              <w:spacing w:after="0"/>
            </w:pPr>
            <w:r>
              <w:rPr>
                <w:b/>
                <w:color w:val="3A2B3F"/>
                <w:sz w:val="17"/>
              </w:rPr>
              <w:t>Referrer name</w:t>
            </w:r>
          </w:p>
        </w:tc>
        <w:tc>
          <w:tcPr>
            <w:tcW w:w="2664"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0A37501D" w14:textId="77777777" w:rsidR="00033C64" w:rsidRDefault="00033C64">
            <w:pPr>
              <w:spacing w:after="0"/>
            </w:pPr>
          </w:p>
        </w:tc>
        <w:tc>
          <w:tcPr>
            <w:tcW w:w="2664" w:type="dxa"/>
            <w:tcBorders>
              <w:top w:val="single" w:sz="4" w:space="0" w:color="D9D0DE"/>
              <w:left w:val="single" w:sz="4" w:space="0" w:color="D9D0DE"/>
              <w:bottom w:val="single" w:sz="4" w:space="0" w:color="D9D0DE"/>
              <w:right w:val="single" w:sz="4" w:space="0" w:color="D9D0DE"/>
            </w:tcBorders>
            <w:vAlign w:val="center"/>
          </w:tcPr>
          <w:p w14:paraId="1D879C20" w14:textId="77777777" w:rsidR="00033C64" w:rsidRDefault="001A1814">
            <w:pPr>
              <w:spacing w:after="0"/>
            </w:pPr>
            <w:r>
              <w:rPr>
                <w:b/>
                <w:color w:val="3A2B3F"/>
                <w:sz w:val="17"/>
              </w:rPr>
              <w:t>Role / relationship</w:t>
            </w:r>
          </w:p>
        </w:tc>
        <w:tc>
          <w:tcPr>
            <w:tcW w:w="2664"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5DAB6C7B" w14:textId="77777777" w:rsidR="00033C64" w:rsidRDefault="00033C64">
            <w:pPr>
              <w:spacing w:after="0"/>
            </w:pPr>
          </w:p>
        </w:tc>
      </w:tr>
      <w:tr w:rsidR="00033C64" w14:paraId="4CF8DA95" w14:textId="77777777">
        <w:trPr>
          <w:jc w:val="center"/>
        </w:trPr>
        <w:tc>
          <w:tcPr>
            <w:tcW w:w="2664" w:type="dxa"/>
            <w:tcBorders>
              <w:top w:val="single" w:sz="4" w:space="0" w:color="D9D0DE"/>
              <w:left w:val="single" w:sz="4" w:space="0" w:color="D9D0DE"/>
              <w:bottom w:val="single" w:sz="4" w:space="0" w:color="D9D0DE"/>
              <w:right w:val="single" w:sz="4" w:space="0" w:color="D9D0DE"/>
            </w:tcBorders>
            <w:vAlign w:val="center"/>
          </w:tcPr>
          <w:p w14:paraId="0BF52C60" w14:textId="77777777" w:rsidR="00033C64" w:rsidRDefault="001A1814">
            <w:pPr>
              <w:spacing w:after="0"/>
            </w:pPr>
            <w:r>
              <w:rPr>
                <w:b/>
                <w:color w:val="3A2B3F"/>
                <w:sz w:val="17"/>
              </w:rPr>
              <w:t>Organisation / service</w:t>
            </w:r>
          </w:p>
        </w:tc>
        <w:tc>
          <w:tcPr>
            <w:tcW w:w="2664"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02EB378F" w14:textId="77777777" w:rsidR="00033C64" w:rsidRDefault="00033C64">
            <w:pPr>
              <w:spacing w:after="0"/>
            </w:pPr>
          </w:p>
        </w:tc>
        <w:tc>
          <w:tcPr>
            <w:tcW w:w="2664" w:type="dxa"/>
            <w:tcBorders>
              <w:top w:val="single" w:sz="4" w:space="0" w:color="D9D0DE"/>
              <w:left w:val="single" w:sz="4" w:space="0" w:color="D9D0DE"/>
              <w:bottom w:val="single" w:sz="4" w:space="0" w:color="D9D0DE"/>
              <w:right w:val="single" w:sz="4" w:space="0" w:color="D9D0DE"/>
            </w:tcBorders>
            <w:vAlign w:val="center"/>
          </w:tcPr>
          <w:p w14:paraId="7E6E8194" w14:textId="77777777" w:rsidR="00033C64" w:rsidRDefault="001A1814">
            <w:pPr>
              <w:spacing w:after="0"/>
            </w:pPr>
            <w:r>
              <w:rPr>
                <w:b/>
                <w:color w:val="3A2B3F"/>
                <w:sz w:val="17"/>
              </w:rPr>
              <w:t>Team / department</w:t>
            </w:r>
          </w:p>
        </w:tc>
        <w:tc>
          <w:tcPr>
            <w:tcW w:w="2664"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6A05A809" w14:textId="77777777" w:rsidR="00033C64" w:rsidRDefault="00033C64">
            <w:pPr>
              <w:spacing w:after="0"/>
            </w:pPr>
          </w:p>
        </w:tc>
      </w:tr>
      <w:tr w:rsidR="00033C64" w14:paraId="476200E4" w14:textId="77777777">
        <w:trPr>
          <w:jc w:val="center"/>
        </w:trPr>
        <w:tc>
          <w:tcPr>
            <w:tcW w:w="2664" w:type="dxa"/>
            <w:tcBorders>
              <w:top w:val="single" w:sz="4" w:space="0" w:color="D9D0DE"/>
              <w:left w:val="single" w:sz="4" w:space="0" w:color="D9D0DE"/>
              <w:bottom w:val="single" w:sz="4" w:space="0" w:color="D9D0DE"/>
              <w:right w:val="single" w:sz="4" w:space="0" w:color="D9D0DE"/>
            </w:tcBorders>
            <w:vAlign w:val="center"/>
          </w:tcPr>
          <w:p w14:paraId="322B2265" w14:textId="77777777" w:rsidR="00033C64" w:rsidRDefault="001A1814">
            <w:pPr>
              <w:spacing w:after="0"/>
            </w:pPr>
            <w:r>
              <w:rPr>
                <w:b/>
                <w:color w:val="3A2B3F"/>
                <w:sz w:val="17"/>
              </w:rPr>
              <w:t>Telephone</w:t>
            </w:r>
          </w:p>
        </w:tc>
        <w:tc>
          <w:tcPr>
            <w:tcW w:w="2664"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5A39BBE3" w14:textId="77777777" w:rsidR="00033C64" w:rsidRDefault="00033C64">
            <w:pPr>
              <w:spacing w:after="0"/>
            </w:pPr>
          </w:p>
        </w:tc>
        <w:tc>
          <w:tcPr>
            <w:tcW w:w="2664" w:type="dxa"/>
            <w:tcBorders>
              <w:top w:val="single" w:sz="4" w:space="0" w:color="D9D0DE"/>
              <w:left w:val="single" w:sz="4" w:space="0" w:color="D9D0DE"/>
              <w:bottom w:val="single" w:sz="4" w:space="0" w:color="D9D0DE"/>
              <w:right w:val="single" w:sz="4" w:space="0" w:color="D9D0DE"/>
            </w:tcBorders>
            <w:vAlign w:val="center"/>
          </w:tcPr>
          <w:p w14:paraId="03CA40FF" w14:textId="77777777" w:rsidR="00033C64" w:rsidRDefault="001A1814">
            <w:pPr>
              <w:spacing w:after="0"/>
            </w:pPr>
            <w:r>
              <w:rPr>
                <w:b/>
                <w:color w:val="3A2B3F"/>
                <w:sz w:val="17"/>
              </w:rPr>
              <w:t>Email</w:t>
            </w:r>
          </w:p>
        </w:tc>
        <w:tc>
          <w:tcPr>
            <w:tcW w:w="2664"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41C8F396" w14:textId="77777777" w:rsidR="00033C64" w:rsidRDefault="00033C64">
            <w:pPr>
              <w:spacing w:after="0"/>
            </w:pPr>
          </w:p>
        </w:tc>
      </w:tr>
      <w:tr w:rsidR="00033C64" w14:paraId="15B79537" w14:textId="77777777">
        <w:trPr>
          <w:jc w:val="center"/>
        </w:trPr>
        <w:tc>
          <w:tcPr>
            <w:tcW w:w="2664" w:type="dxa"/>
            <w:tcBorders>
              <w:top w:val="single" w:sz="4" w:space="0" w:color="D9D0DE"/>
              <w:left w:val="single" w:sz="4" w:space="0" w:color="D9D0DE"/>
              <w:bottom w:val="single" w:sz="4" w:space="0" w:color="D9D0DE"/>
              <w:right w:val="single" w:sz="4" w:space="0" w:color="D9D0DE"/>
            </w:tcBorders>
            <w:vAlign w:val="center"/>
          </w:tcPr>
          <w:p w14:paraId="4221EF3D" w14:textId="77777777" w:rsidR="00033C64" w:rsidRDefault="001A1814">
            <w:pPr>
              <w:spacing w:after="0"/>
            </w:pPr>
            <w:r>
              <w:rPr>
                <w:b/>
                <w:color w:val="3A2B3F"/>
                <w:sz w:val="17"/>
              </w:rPr>
              <w:t>Address / base</w:t>
            </w:r>
          </w:p>
        </w:tc>
        <w:tc>
          <w:tcPr>
            <w:tcW w:w="2664"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72A3D3EC" w14:textId="77777777" w:rsidR="00033C64" w:rsidRDefault="00033C64">
            <w:pPr>
              <w:spacing w:after="0"/>
            </w:pPr>
          </w:p>
        </w:tc>
        <w:tc>
          <w:tcPr>
            <w:tcW w:w="2664" w:type="dxa"/>
            <w:tcBorders>
              <w:top w:val="single" w:sz="4" w:space="0" w:color="D9D0DE"/>
              <w:left w:val="single" w:sz="4" w:space="0" w:color="D9D0DE"/>
              <w:bottom w:val="single" w:sz="4" w:space="0" w:color="D9D0DE"/>
              <w:right w:val="single" w:sz="4" w:space="0" w:color="D9D0DE"/>
            </w:tcBorders>
            <w:vAlign w:val="center"/>
          </w:tcPr>
          <w:p w14:paraId="49DADF91" w14:textId="77777777" w:rsidR="00033C64" w:rsidRDefault="001A1814">
            <w:pPr>
              <w:spacing w:after="0"/>
            </w:pPr>
            <w:r>
              <w:rPr>
                <w:b/>
                <w:color w:val="3A2B3F"/>
                <w:sz w:val="17"/>
              </w:rPr>
              <w:t>Best time to contact</w:t>
            </w:r>
          </w:p>
        </w:tc>
        <w:tc>
          <w:tcPr>
            <w:tcW w:w="2664"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0D0B940D" w14:textId="77777777" w:rsidR="00033C64" w:rsidRDefault="00033C64">
            <w:pPr>
              <w:spacing w:after="0"/>
            </w:pPr>
          </w:p>
        </w:tc>
      </w:tr>
      <w:tr w:rsidR="00033C64" w14:paraId="2579BFA7" w14:textId="77777777">
        <w:trPr>
          <w:jc w:val="center"/>
        </w:trPr>
        <w:tc>
          <w:tcPr>
            <w:tcW w:w="2664" w:type="dxa"/>
            <w:tcBorders>
              <w:top w:val="single" w:sz="4" w:space="0" w:color="D9D0DE"/>
              <w:left w:val="single" w:sz="4" w:space="0" w:color="D9D0DE"/>
              <w:bottom w:val="single" w:sz="4" w:space="0" w:color="D9D0DE"/>
              <w:right w:val="single" w:sz="4" w:space="0" w:color="D9D0DE"/>
            </w:tcBorders>
            <w:vAlign w:val="center"/>
          </w:tcPr>
          <w:p w14:paraId="431EDEC1" w14:textId="77777777" w:rsidR="00033C64" w:rsidRDefault="001A1814">
            <w:pPr>
              <w:spacing w:after="0"/>
            </w:pPr>
            <w:r>
              <w:rPr>
                <w:b/>
                <w:color w:val="3A2B3F"/>
                <w:sz w:val="17"/>
              </w:rPr>
              <w:t>Has DSL / safeguarding lead been informed?</w:t>
            </w:r>
          </w:p>
        </w:tc>
        <w:tc>
          <w:tcPr>
            <w:tcW w:w="2664"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70ED85AF" w14:textId="77777777" w:rsidR="00033C64" w:rsidRDefault="001A1814">
            <w:pPr>
              <w:spacing w:after="0"/>
            </w:pPr>
            <w:r>
              <w:rPr>
                <w:color w:val="3A2B3F"/>
                <w:sz w:val="17"/>
              </w:rPr>
              <w:t>□ Yes  □ No  □ N/A</w:t>
            </w:r>
          </w:p>
        </w:tc>
        <w:tc>
          <w:tcPr>
            <w:tcW w:w="2664" w:type="dxa"/>
            <w:tcBorders>
              <w:top w:val="single" w:sz="4" w:space="0" w:color="D9D0DE"/>
              <w:left w:val="single" w:sz="4" w:space="0" w:color="D9D0DE"/>
              <w:bottom w:val="single" w:sz="4" w:space="0" w:color="D9D0DE"/>
              <w:right w:val="single" w:sz="4" w:space="0" w:color="D9D0DE"/>
            </w:tcBorders>
            <w:vAlign w:val="center"/>
          </w:tcPr>
          <w:p w14:paraId="3CE03393" w14:textId="77777777" w:rsidR="00033C64" w:rsidRDefault="001A1814">
            <w:pPr>
              <w:spacing w:after="0"/>
            </w:pPr>
            <w:r>
              <w:rPr>
                <w:b/>
                <w:color w:val="3A2B3F"/>
                <w:sz w:val="17"/>
              </w:rPr>
              <w:t>Name of DSL / lead</w:t>
            </w:r>
          </w:p>
        </w:tc>
        <w:tc>
          <w:tcPr>
            <w:tcW w:w="2664"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0E27B00A" w14:textId="77777777" w:rsidR="00033C64" w:rsidRDefault="00033C64">
            <w:pPr>
              <w:spacing w:after="0"/>
            </w:pPr>
          </w:p>
        </w:tc>
      </w:tr>
      <w:tr w:rsidR="00033C64" w14:paraId="3BF0DEB7" w14:textId="77777777">
        <w:trPr>
          <w:jc w:val="center"/>
        </w:trPr>
        <w:tc>
          <w:tcPr>
            <w:tcW w:w="2664" w:type="dxa"/>
            <w:tcBorders>
              <w:top w:val="single" w:sz="4" w:space="0" w:color="D9D0DE"/>
              <w:left w:val="single" w:sz="4" w:space="0" w:color="D9D0DE"/>
              <w:bottom w:val="single" w:sz="4" w:space="0" w:color="D9D0DE"/>
              <w:right w:val="single" w:sz="4" w:space="0" w:color="D9D0DE"/>
            </w:tcBorders>
            <w:vAlign w:val="center"/>
          </w:tcPr>
          <w:p w14:paraId="0AE523A2" w14:textId="77777777" w:rsidR="00033C64" w:rsidRDefault="001A1814">
            <w:pPr>
              <w:spacing w:after="0"/>
            </w:pPr>
            <w:r>
              <w:rPr>
                <w:b/>
                <w:color w:val="3A2B3F"/>
                <w:sz w:val="17"/>
              </w:rPr>
              <w:t>Is there an existing lead professional?</w:t>
            </w:r>
          </w:p>
        </w:tc>
        <w:tc>
          <w:tcPr>
            <w:tcW w:w="2664"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2C99CD9E" w14:textId="77777777" w:rsidR="00033C64" w:rsidRDefault="001A1814">
            <w:pPr>
              <w:spacing w:after="0"/>
            </w:pPr>
            <w:r>
              <w:rPr>
                <w:color w:val="3A2B3F"/>
                <w:sz w:val="17"/>
              </w:rPr>
              <w:t>□ Yes  □ No  □ Not known</w:t>
            </w:r>
          </w:p>
        </w:tc>
        <w:tc>
          <w:tcPr>
            <w:tcW w:w="2664" w:type="dxa"/>
            <w:tcBorders>
              <w:top w:val="single" w:sz="4" w:space="0" w:color="D9D0DE"/>
              <w:left w:val="single" w:sz="4" w:space="0" w:color="D9D0DE"/>
              <w:bottom w:val="single" w:sz="4" w:space="0" w:color="D9D0DE"/>
              <w:right w:val="single" w:sz="4" w:space="0" w:color="D9D0DE"/>
            </w:tcBorders>
            <w:vAlign w:val="center"/>
          </w:tcPr>
          <w:p w14:paraId="190D19D9" w14:textId="77777777" w:rsidR="00033C64" w:rsidRDefault="001A1814">
            <w:pPr>
              <w:spacing w:after="0"/>
            </w:pPr>
            <w:r>
              <w:rPr>
                <w:b/>
                <w:color w:val="3A2B3F"/>
                <w:sz w:val="17"/>
              </w:rPr>
              <w:t>Name/contact if known</w:t>
            </w:r>
          </w:p>
        </w:tc>
        <w:tc>
          <w:tcPr>
            <w:tcW w:w="2664"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60061E4C" w14:textId="77777777" w:rsidR="00033C64" w:rsidRDefault="00033C64">
            <w:pPr>
              <w:spacing w:after="0"/>
            </w:pPr>
          </w:p>
        </w:tc>
      </w:tr>
    </w:tbl>
    <w:p w14:paraId="02333504" w14:textId="77777777" w:rsidR="00033C64" w:rsidRDefault="001A1814">
      <w:pPr>
        <w:spacing w:before="40" w:after="40"/>
      </w:pPr>
      <w:r>
        <w:rPr>
          <w:b/>
          <w:color w:val="3A2B3F"/>
          <w:sz w:val="17"/>
        </w:rPr>
        <w:t>Briefly summarise the reason for referral in one or two sentences:</w:t>
      </w:r>
    </w:p>
    <w:tbl>
      <w:tblPr>
        <w:tblW w:w="0" w:type="auto"/>
        <w:tblLook w:val="04A0" w:firstRow="1" w:lastRow="0" w:firstColumn="1" w:lastColumn="0" w:noHBand="0" w:noVBand="1"/>
      </w:tblPr>
      <w:tblGrid>
        <w:gridCol w:w="10646"/>
      </w:tblGrid>
      <w:tr w:rsidR="00033C64" w14:paraId="608DEACE" w14:textId="77777777">
        <w:tc>
          <w:tcPr>
            <w:tcW w:w="10656"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2BAC6FC9" w14:textId="77777777" w:rsidR="00033C64" w:rsidRDefault="001A1814">
            <w:r>
              <w:rPr>
                <w:color w:val="3A2B3F"/>
                <w:sz w:val="17"/>
              </w:rPr>
              <w:t xml:space="preserve"> </w:t>
            </w:r>
          </w:p>
        </w:tc>
      </w:tr>
      <w:tr w:rsidR="00033C64" w14:paraId="156A6281" w14:textId="77777777">
        <w:tc>
          <w:tcPr>
            <w:tcW w:w="10656"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20876B09" w14:textId="77777777" w:rsidR="00033C64" w:rsidRDefault="001A1814">
            <w:r>
              <w:rPr>
                <w:color w:val="3A2B3F"/>
                <w:sz w:val="17"/>
              </w:rPr>
              <w:t xml:space="preserve"> </w:t>
            </w:r>
          </w:p>
        </w:tc>
      </w:tr>
      <w:tr w:rsidR="00033C64" w14:paraId="10146664" w14:textId="77777777">
        <w:tc>
          <w:tcPr>
            <w:tcW w:w="10656"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5B68B9CD" w14:textId="77777777" w:rsidR="00033C64" w:rsidRDefault="001A1814">
            <w:r>
              <w:rPr>
                <w:color w:val="3A2B3F"/>
                <w:sz w:val="17"/>
              </w:rPr>
              <w:t xml:space="preserve"> </w:t>
            </w:r>
          </w:p>
        </w:tc>
      </w:tr>
    </w:tbl>
    <w:p w14:paraId="06D30BE5" w14:textId="77777777" w:rsidR="00033C64" w:rsidRDefault="001A1814">
      <w:pPr>
        <w:pBdr>
          <w:bottom w:val="single" w:sz="12" w:space="3" w:color="CDB4DB"/>
        </w:pBdr>
        <w:spacing w:before="60" w:after="100"/>
      </w:pPr>
      <w:r>
        <w:rPr>
          <w:b/>
          <w:color w:val="3A2B3F"/>
          <w:sz w:val="26"/>
        </w:rPr>
        <w:t>2. Young Person / Participant Details</w:t>
      </w:r>
    </w:p>
    <w:tbl>
      <w:tblPr>
        <w:tblW w:w="0" w:type="auto"/>
        <w:jc w:val="center"/>
        <w:tblLook w:val="04A0" w:firstRow="1" w:lastRow="0" w:firstColumn="1" w:lastColumn="0" w:noHBand="0" w:noVBand="1"/>
      </w:tblPr>
      <w:tblGrid>
        <w:gridCol w:w="2662"/>
        <w:gridCol w:w="2661"/>
        <w:gridCol w:w="2662"/>
        <w:gridCol w:w="2661"/>
      </w:tblGrid>
      <w:tr w:rsidR="00033C64" w14:paraId="2933A0FD" w14:textId="77777777">
        <w:trPr>
          <w:jc w:val="center"/>
        </w:trPr>
        <w:tc>
          <w:tcPr>
            <w:tcW w:w="2664" w:type="dxa"/>
            <w:tcBorders>
              <w:top w:val="single" w:sz="4" w:space="0" w:color="D9D0DE"/>
              <w:left w:val="single" w:sz="4" w:space="0" w:color="D9D0DE"/>
              <w:bottom w:val="single" w:sz="4" w:space="0" w:color="D9D0DE"/>
              <w:right w:val="single" w:sz="4" w:space="0" w:color="D9D0DE"/>
            </w:tcBorders>
            <w:vAlign w:val="center"/>
          </w:tcPr>
          <w:p w14:paraId="66C95A1A" w14:textId="77777777" w:rsidR="00033C64" w:rsidRDefault="001A1814">
            <w:pPr>
              <w:spacing w:after="0"/>
            </w:pPr>
            <w:r>
              <w:rPr>
                <w:b/>
                <w:color w:val="3A2B3F"/>
                <w:sz w:val="17"/>
              </w:rPr>
              <w:t>Full name</w:t>
            </w:r>
          </w:p>
        </w:tc>
        <w:tc>
          <w:tcPr>
            <w:tcW w:w="2664"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44EAFD9C" w14:textId="77777777" w:rsidR="00033C64" w:rsidRDefault="00033C64">
            <w:pPr>
              <w:spacing w:after="0"/>
            </w:pPr>
          </w:p>
        </w:tc>
        <w:tc>
          <w:tcPr>
            <w:tcW w:w="2664" w:type="dxa"/>
            <w:tcBorders>
              <w:top w:val="single" w:sz="4" w:space="0" w:color="D9D0DE"/>
              <w:left w:val="single" w:sz="4" w:space="0" w:color="D9D0DE"/>
              <w:bottom w:val="single" w:sz="4" w:space="0" w:color="D9D0DE"/>
              <w:right w:val="single" w:sz="4" w:space="0" w:color="D9D0DE"/>
            </w:tcBorders>
            <w:vAlign w:val="center"/>
          </w:tcPr>
          <w:p w14:paraId="35186219" w14:textId="77777777" w:rsidR="00033C64" w:rsidRDefault="001A1814">
            <w:pPr>
              <w:spacing w:after="0"/>
            </w:pPr>
            <w:r>
              <w:rPr>
                <w:b/>
                <w:color w:val="3A2B3F"/>
                <w:sz w:val="17"/>
              </w:rPr>
              <w:t>Preferred name</w:t>
            </w:r>
          </w:p>
        </w:tc>
        <w:tc>
          <w:tcPr>
            <w:tcW w:w="2664"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4B94D5A5" w14:textId="77777777" w:rsidR="00033C64" w:rsidRDefault="00033C64">
            <w:pPr>
              <w:spacing w:after="0"/>
            </w:pPr>
          </w:p>
        </w:tc>
      </w:tr>
      <w:tr w:rsidR="00033C64" w14:paraId="06561B67" w14:textId="77777777">
        <w:trPr>
          <w:jc w:val="center"/>
        </w:trPr>
        <w:tc>
          <w:tcPr>
            <w:tcW w:w="2664" w:type="dxa"/>
            <w:tcBorders>
              <w:top w:val="single" w:sz="4" w:space="0" w:color="D9D0DE"/>
              <w:left w:val="single" w:sz="4" w:space="0" w:color="D9D0DE"/>
              <w:bottom w:val="single" w:sz="4" w:space="0" w:color="D9D0DE"/>
              <w:right w:val="single" w:sz="4" w:space="0" w:color="D9D0DE"/>
            </w:tcBorders>
            <w:vAlign w:val="center"/>
          </w:tcPr>
          <w:p w14:paraId="338333EB" w14:textId="77777777" w:rsidR="00033C64" w:rsidRDefault="001A1814">
            <w:pPr>
              <w:spacing w:after="0"/>
            </w:pPr>
            <w:r>
              <w:rPr>
                <w:b/>
                <w:color w:val="3A2B3F"/>
                <w:sz w:val="17"/>
              </w:rPr>
              <w:t>Date of birth / age</w:t>
            </w:r>
          </w:p>
        </w:tc>
        <w:tc>
          <w:tcPr>
            <w:tcW w:w="2664"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3DEEC669" w14:textId="77777777" w:rsidR="00033C64" w:rsidRDefault="00033C64">
            <w:pPr>
              <w:spacing w:after="0"/>
            </w:pPr>
          </w:p>
        </w:tc>
        <w:tc>
          <w:tcPr>
            <w:tcW w:w="2664" w:type="dxa"/>
            <w:tcBorders>
              <w:top w:val="single" w:sz="4" w:space="0" w:color="D9D0DE"/>
              <w:left w:val="single" w:sz="4" w:space="0" w:color="D9D0DE"/>
              <w:bottom w:val="single" w:sz="4" w:space="0" w:color="D9D0DE"/>
              <w:right w:val="single" w:sz="4" w:space="0" w:color="D9D0DE"/>
            </w:tcBorders>
            <w:vAlign w:val="center"/>
          </w:tcPr>
          <w:p w14:paraId="4EA4DC93" w14:textId="77777777" w:rsidR="00033C64" w:rsidRDefault="001A1814">
            <w:pPr>
              <w:spacing w:after="0"/>
            </w:pPr>
            <w:r>
              <w:rPr>
                <w:b/>
                <w:color w:val="3A2B3F"/>
                <w:sz w:val="17"/>
              </w:rPr>
              <w:t>Pronouns (optional)</w:t>
            </w:r>
          </w:p>
        </w:tc>
        <w:tc>
          <w:tcPr>
            <w:tcW w:w="2664"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3656B9AB" w14:textId="77777777" w:rsidR="00033C64" w:rsidRDefault="00033C64">
            <w:pPr>
              <w:spacing w:after="0"/>
            </w:pPr>
          </w:p>
        </w:tc>
      </w:tr>
      <w:tr w:rsidR="00033C64" w14:paraId="19794BE0" w14:textId="77777777">
        <w:trPr>
          <w:jc w:val="center"/>
        </w:trPr>
        <w:tc>
          <w:tcPr>
            <w:tcW w:w="2664" w:type="dxa"/>
            <w:tcBorders>
              <w:top w:val="single" w:sz="4" w:space="0" w:color="D9D0DE"/>
              <w:left w:val="single" w:sz="4" w:space="0" w:color="D9D0DE"/>
              <w:bottom w:val="single" w:sz="4" w:space="0" w:color="D9D0DE"/>
              <w:right w:val="single" w:sz="4" w:space="0" w:color="D9D0DE"/>
            </w:tcBorders>
            <w:vAlign w:val="center"/>
          </w:tcPr>
          <w:p w14:paraId="0849B569" w14:textId="77777777" w:rsidR="00033C64" w:rsidRDefault="001A1814">
            <w:pPr>
              <w:spacing w:after="0"/>
            </w:pPr>
            <w:r>
              <w:rPr>
                <w:b/>
                <w:color w:val="3A2B3F"/>
                <w:sz w:val="17"/>
              </w:rPr>
              <w:t>Address / local authority area</w:t>
            </w:r>
          </w:p>
        </w:tc>
        <w:tc>
          <w:tcPr>
            <w:tcW w:w="2664"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45FB0818" w14:textId="77777777" w:rsidR="00033C64" w:rsidRDefault="00033C64">
            <w:pPr>
              <w:spacing w:after="0"/>
            </w:pPr>
          </w:p>
        </w:tc>
        <w:tc>
          <w:tcPr>
            <w:tcW w:w="2664" w:type="dxa"/>
            <w:tcBorders>
              <w:top w:val="single" w:sz="4" w:space="0" w:color="D9D0DE"/>
              <w:left w:val="single" w:sz="4" w:space="0" w:color="D9D0DE"/>
              <w:bottom w:val="single" w:sz="4" w:space="0" w:color="D9D0DE"/>
              <w:right w:val="single" w:sz="4" w:space="0" w:color="D9D0DE"/>
            </w:tcBorders>
            <w:vAlign w:val="center"/>
          </w:tcPr>
          <w:p w14:paraId="7D26EEBE" w14:textId="77777777" w:rsidR="00033C64" w:rsidRDefault="001A1814">
            <w:pPr>
              <w:spacing w:after="0"/>
            </w:pPr>
            <w:r>
              <w:rPr>
                <w:b/>
                <w:color w:val="3A2B3F"/>
                <w:sz w:val="17"/>
              </w:rPr>
              <w:t>School / college / setting</w:t>
            </w:r>
          </w:p>
        </w:tc>
        <w:tc>
          <w:tcPr>
            <w:tcW w:w="2664"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049F31CB" w14:textId="77777777" w:rsidR="00033C64" w:rsidRDefault="00033C64">
            <w:pPr>
              <w:spacing w:after="0"/>
            </w:pPr>
          </w:p>
        </w:tc>
      </w:tr>
      <w:tr w:rsidR="00033C64" w14:paraId="111096FC" w14:textId="77777777">
        <w:trPr>
          <w:jc w:val="center"/>
        </w:trPr>
        <w:tc>
          <w:tcPr>
            <w:tcW w:w="2664" w:type="dxa"/>
            <w:tcBorders>
              <w:top w:val="single" w:sz="4" w:space="0" w:color="D9D0DE"/>
              <w:left w:val="single" w:sz="4" w:space="0" w:color="D9D0DE"/>
              <w:bottom w:val="single" w:sz="4" w:space="0" w:color="D9D0DE"/>
              <w:right w:val="single" w:sz="4" w:space="0" w:color="D9D0DE"/>
            </w:tcBorders>
            <w:vAlign w:val="center"/>
          </w:tcPr>
          <w:p w14:paraId="405CB6B4" w14:textId="77777777" w:rsidR="00033C64" w:rsidRDefault="001A1814">
            <w:pPr>
              <w:spacing w:after="0"/>
            </w:pPr>
            <w:r>
              <w:rPr>
                <w:b/>
                <w:color w:val="3A2B3F"/>
                <w:sz w:val="17"/>
              </w:rPr>
              <w:t>Year group / course / employment status</w:t>
            </w:r>
          </w:p>
        </w:tc>
        <w:tc>
          <w:tcPr>
            <w:tcW w:w="2664"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53128261" w14:textId="77777777" w:rsidR="00033C64" w:rsidRDefault="00033C64">
            <w:pPr>
              <w:spacing w:after="0"/>
            </w:pPr>
          </w:p>
        </w:tc>
        <w:tc>
          <w:tcPr>
            <w:tcW w:w="2664" w:type="dxa"/>
            <w:tcBorders>
              <w:top w:val="single" w:sz="4" w:space="0" w:color="D9D0DE"/>
              <w:left w:val="single" w:sz="4" w:space="0" w:color="D9D0DE"/>
              <w:bottom w:val="single" w:sz="4" w:space="0" w:color="D9D0DE"/>
              <w:right w:val="single" w:sz="4" w:space="0" w:color="D9D0DE"/>
            </w:tcBorders>
            <w:vAlign w:val="center"/>
          </w:tcPr>
          <w:p w14:paraId="7DFB0075" w14:textId="77777777" w:rsidR="00033C64" w:rsidRDefault="001A1814">
            <w:pPr>
              <w:spacing w:after="0"/>
            </w:pPr>
            <w:r>
              <w:rPr>
                <w:b/>
                <w:color w:val="3A2B3F"/>
                <w:sz w:val="17"/>
              </w:rPr>
              <w:t>GP practice if known</w:t>
            </w:r>
          </w:p>
        </w:tc>
        <w:tc>
          <w:tcPr>
            <w:tcW w:w="2664"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62486C05" w14:textId="77777777" w:rsidR="00033C64" w:rsidRDefault="00033C64">
            <w:pPr>
              <w:spacing w:after="0"/>
            </w:pPr>
          </w:p>
        </w:tc>
      </w:tr>
      <w:tr w:rsidR="00033C64" w14:paraId="0CD1D862" w14:textId="77777777">
        <w:trPr>
          <w:jc w:val="center"/>
        </w:trPr>
        <w:tc>
          <w:tcPr>
            <w:tcW w:w="2664" w:type="dxa"/>
            <w:tcBorders>
              <w:top w:val="single" w:sz="4" w:space="0" w:color="D9D0DE"/>
              <w:left w:val="single" w:sz="4" w:space="0" w:color="D9D0DE"/>
              <w:bottom w:val="single" w:sz="4" w:space="0" w:color="D9D0DE"/>
              <w:right w:val="single" w:sz="4" w:space="0" w:color="D9D0DE"/>
            </w:tcBorders>
            <w:vAlign w:val="center"/>
          </w:tcPr>
          <w:p w14:paraId="37BFF7C1" w14:textId="77777777" w:rsidR="00033C64" w:rsidRDefault="001A1814">
            <w:pPr>
              <w:spacing w:after="0"/>
            </w:pPr>
            <w:r>
              <w:rPr>
                <w:b/>
                <w:color w:val="3A2B3F"/>
                <w:sz w:val="17"/>
              </w:rPr>
              <w:t>Young person phone/email</w:t>
            </w:r>
          </w:p>
        </w:tc>
        <w:tc>
          <w:tcPr>
            <w:tcW w:w="2664"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4101652C" w14:textId="77777777" w:rsidR="00033C64" w:rsidRDefault="00033C64">
            <w:pPr>
              <w:spacing w:after="0"/>
            </w:pPr>
          </w:p>
        </w:tc>
        <w:tc>
          <w:tcPr>
            <w:tcW w:w="2664" w:type="dxa"/>
            <w:tcBorders>
              <w:top w:val="single" w:sz="4" w:space="0" w:color="D9D0DE"/>
              <w:left w:val="single" w:sz="4" w:space="0" w:color="D9D0DE"/>
              <w:bottom w:val="single" w:sz="4" w:space="0" w:color="D9D0DE"/>
              <w:right w:val="single" w:sz="4" w:space="0" w:color="D9D0DE"/>
            </w:tcBorders>
            <w:vAlign w:val="center"/>
          </w:tcPr>
          <w:p w14:paraId="4F1E99D1" w14:textId="77777777" w:rsidR="00033C64" w:rsidRDefault="001A1814">
            <w:pPr>
              <w:spacing w:after="0"/>
            </w:pPr>
            <w:r>
              <w:rPr>
                <w:b/>
                <w:color w:val="3A2B3F"/>
                <w:sz w:val="17"/>
              </w:rPr>
              <w:t>Safe to contact directly?</w:t>
            </w:r>
          </w:p>
        </w:tc>
        <w:tc>
          <w:tcPr>
            <w:tcW w:w="2664"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215AB723" w14:textId="77777777" w:rsidR="00033C64" w:rsidRDefault="001A1814">
            <w:pPr>
              <w:spacing w:after="0"/>
            </w:pPr>
            <w:r>
              <w:rPr>
                <w:color w:val="3A2B3F"/>
                <w:sz w:val="17"/>
              </w:rPr>
              <w:t>□ Yes  □ No  □ Check first</w:t>
            </w:r>
          </w:p>
        </w:tc>
      </w:tr>
      <w:tr w:rsidR="00033C64" w14:paraId="5DE56711" w14:textId="77777777">
        <w:trPr>
          <w:jc w:val="center"/>
        </w:trPr>
        <w:tc>
          <w:tcPr>
            <w:tcW w:w="2664" w:type="dxa"/>
            <w:tcBorders>
              <w:top w:val="single" w:sz="4" w:space="0" w:color="D9D0DE"/>
              <w:left w:val="single" w:sz="4" w:space="0" w:color="D9D0DE"/>
              <w:bottom w:val="single" w:sz="4" w:space="0" w:color="D9D0DE"/>
              <w:right w:val="single" w:sz="4" w:space="0" w:color="D9D0DE"/>
            </w:tcBorders>
            <w:vAlign w:val="center"/>
          </w:tcPr>
          <w:p w14:paraId="5E4648A2" w14:textId="77777777" w:rsidR="00033C64" w:rsidRDefault="001A1814">
            <w:pPr>
              <w:spacing w:after="0"/>
            </w:pPr>
            <w:r>
              <w:rPr>
                <w:b/>
                <w:color w:val="3A2B3F"/>
                <w:sz w:val="17"/>
              </w:rPr>
              <w:t>Parent/carer name(s)</w:t>
            </w:r>
          </w:p>
        </w:tc>
        <w:tc>
          <w:tcPr>
            <w:tcW w:w="2664"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4B99056E" w14:textId="77777777" w:rsidR="00033C64" w:rsidRDefault="00033C64">
            <w:pPr>
              <w:spacing w:after="0"/>
            </w:pPr>
          </w:p>
        </w:tc>
        <w:tc>
          <w:tcPr>
            <w:tcW w:w="2664" w:type="dxa"/>
            <w:tcBorders>
              <w:top w:val="single" w:sz="4" w:space="0" w:color="D9D0DE"/>
              <w:left w:val="single" w:sz="4" w:space="0" w:color="D9D0DE"/>
              <w:bottom w:val="single" w:sz="4" w:space="0" w:color="D9D0DE"/>
              <w:right w:val="single" w:sz="4" w:space="0" w:color="D9D0DE"/>
            </w:tcBorders>
            <w:vAlign w:val="center"/>
          </w:tcPr>
          <w:p w14:paraId="4811FAFE" w14:textId="77777777" w:rsidR="00033C64" w:rsidRDefault="001A1814">
            <w:pPr>
              <w:spacing w:after="0"/>
            </w:pPr>
            <w:r>
              <w:rPr>
                <w:b/>
                <w:color w:val="3A2B3F"/>
                <w:sz w:val="17"/>
              </w:rPr>
              <w:t>Parent/carer phone/email</w:t>
            </w:r>
          </w:p>
        </w:tc>
        <w:tc>
          <w:tcPr>
            <w:tcW w:w="2664"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1299C43A" w14:textId="77777777" w:rsidR="00033C64" w:rsidRDefault="00033C64">
            <w:pPr>
              <w:spacing w:after="0"/>
            </w:pPr>
          </w:p>
        </w:tc>
      </w:tr>
    </w:tbl>
    <w:p w14:paraId="08C1A565" w14:textId="77777777" w:rsidR="00033C64" w:rsidRDefault="001A1814">
      <w:pPr>
        <w:spacing w:before="40" w:after="40"/>
      </w:pPr>
      <w:r>
        <w:rPr>
          <w:b/>
          <w:color w:val="3A2B3F"/>
          <w:sz w:val="17"/>
        </w:rPr>
        <w:t>Any communication needs, language needs, disability, SEND, neurodiversity, sensory or accessibility considerations:</w:t>
      </w:r>
    </w:p>
    <w:tbl>
      <w:tblPr>
        <w:tblW w:w="0" w:type="auto"/>
        <w:tblLook w:val="04A0" w:firstRow="1" w:lastRow="0" w:firstColumn="1" w:lastColumn="0" w:noHBand="0" w:noVBand="1"/>
      </w:tblPr>
      <w:tblGrid>
        <w:gridCol w:w="10646"/>
      </w:tblGrid>
      <w:tr w:rsidR="00033C64" w14:paraId="1B7172F4" w14:textId="77777777">
        <w:tc>
          <w:tcPr>
            <w:tcW w:w="10656"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325CE300" w14:textId="77777777" w:rsidR="00033C64" w:rsidRDefault="001A1814">
            <w:r>
              <w:rPr>
                <w:color w:val="3A2B3F"/>
                <w:sz w:val="17"/>
              </w:rPr>
              <w:t xml:space="preserve"> </w:t>
            </w:r>
          </w:p>
        </w:tc>
      </w:tr>
      <w:tr w:rsidR="00033C64" w14:paraId="25DD3341" w14:textId="77777777">
        <w:tc>
          <w:tcPr>
            <w:tcW w:w="10656"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23DD831B" w14:textId="77777777" w:rsidR="00033C64" w:rsidRDefault="001A1814">
            <w:r>
              <w:rPr>
                <w:color w:val="3A2B3F"/>
                <w:sz w:val="17"/>
              </w:rPr>
              <w:t xml:space="preserve"> </w:t>
            </w:r>
          </w:p>
        </w:tc>
      </w:tr>
    </w:tbl>
    <w:p w14:paraId="1DAFBFB4" w14:textId="77777777" w:rsidR="00033C64" w:rsidRDefault="001A1814">
      <w:pPr>
        <w:pBdr>
          <w:bottom w:val="single" w:sz="12" w:space="3" w:color="F07A8A"/>
        </w:pBdr>
        <w:spacing w:before="60" w:after="100"/>
      </w:pPr>
      <w:r>
        <w:rPr>
          <w:b/>
          <w:color w:val="3A2B3F"/>
          <w:sz w:val="26"/>
        </w:rPr>
        <w:t>2a. Equality, Inclusion and Background Monitoring</w:t>
      </w:r>
    </w:p>
    <w:p w14:paraId="1BA6ACC3" w14:textId="77777777" w:rsidR="00033C64" w:rsidRDefault="001A1814">
      <w:pPr>
        <w:spacing w:after="80"/>
      </w:pPr>
      <w:r>
        <w:rPr>
          <w:color w:val="6B5B73"/>
          <w:sz w:val="17"/>
        </w:rPr>
        <w:t>Optional monitoring information helps HerCommunity understand who we are reaching, evidence local need and report anonymised impact to funders. Include “prefer not to say” where appropriate.</w:t>
      </w:r>
    </w:p>
    <w:tbl>
      <w:tblPr>
        <w:tblW w:w="0" w:type="auto"/>
        <w:jc w:val="center"/>
        <w:tblLook w:val="04A0" w:firstRow="1" w:lastRow="0" w:firstColumn="1" w:lastColumn="0" w:noHBand="0" w:noVBand="1"/>
      </w:tblPr>
      <w:tblGrid>
        <w:gridCol w:w="5323"/>
        <w:gridCol w:w="5323"/>
      </w:tblGrid>
      <w:tr w:rsidR="00033C64" w14:paraId="70395BAB" w14:textId="77777777">
        <w:trPr>
          <w:jc w:val="center"/>
        </w:trPr>
        <w:tc>
          <w:tcPr>
            <w:tcW w:w="5328" w:type="dxa"/>
            <w:tcBorders>
              <w:top w:val="single" w:sz="4" w:space="0" w:color="D9D0DE"/>
              <w:left w:val="single" w:sz="4" w:space="0" w:color="D9D0DE"/>
              <w:bottom w:val="single" w:sz="4" w:space="0" w:color="D9D0DE"/>
              <w:right w:val="single" w:sz="4" w:space="0" w:color="D9D0DE"/>
            </w:tcBorders>
            <w:shd w:val="clear" w:color="auto" w:fill="F4EEFA"/>
            <w:vAlign w:val="center"/>
          </w:tcPr>
          <w:p w14:paraId="3C1F7CC5" w14:textId="77777777" w:rsidR="00033C64" w:rsidRDefault="001A1814">
            <w:pPr>
              <w:spacing w:after="0"/>
            </w:pPr>
            <w:r>
              <w:rPr>
                <w:b/>
                <w:color w:val="3A2B3F"/>
                <w:sz w:val="17"/>
              </w:rPr>
              <w:t>Ethnicity</w:t>
            </w:r>
          </w:p>
        </w:tc>
        <w:tc>
          <w:tcPr>
            <w:tcW w:w="5328" w:type="dxa"/>
            <w:tcBorders>
              <w:top w:val="single" w:sz="4" w:space="0" w:color="D9D0DE"/>
              <w:left w:val="single" w:sz="4" w:space="0" w:color="D9D0DE"/>
              <w:bottom w:val="single" w:sz="4" w:space="0" w:color="D9D0DE"/>
              <w:right w:val="single" w:sz="4" w:space="0" w:color="D9D0DE"/>
            </w:tcBorders>
            <w:shd w:val="clear" w:color="auto" w:fill="F4EEFA"/>
            <w:vAlign w:val="center"/>
          </w:tcPr>
          <w:p w14:paraId="46E9D3E0" w14:textId="77777777" w:rsidR="00033C64" w:rsidRDefault="001A1814">
            <w:pPr>
              <w:spacing w:after="0"/>
            </w:pPr>
            <w:r>
              <w:rPr>
                <w:color w:val="3A2B3F"/>
                <w:sz w:val="17"/>
              </w:rPr>
              <w:t>□ White British  □ White Other  □ Mixed / multiple ethnic groups  □ Asian / Asian British  □ Black / Black British  □ Arab  □ Other  □ Prefer not to say</w:t>
            </w:r>
          </w:p>
        </w:tc>
      </w:tr>
      <w:tr w:rsidR="00033C64" w14:paraId="7C31B6E3" w14:textId="77777777">
        <w:trPr>
          <w:jc w:val="center"/>
        </w:trPr>
        <w:tc>
          <w:tcPr>
            <w:tcW w:w="5328" w:type="dxa"/>
            <w:tcBorders>
              <w:top w:val="single" w:sz="4" w:space="0" w:color="D9D0DE"/>
              <w:left w:val="single" w:sz="4" w:space="0" w:color="D9D0DE"/>
              <w:bottom w:val="single" w:sz="4" w:space="0" w:color="D9D0DE"/>
              <w:right w:val="single" w:sz="4" w:space="0" w:color="D9D0DE"/>
            </w:tcBorders>
            <w:vAlign w:val="center"/>
          </w:tcPr>
          <w:p w14:paraId="1E991EE0" w14:textId="77777777" w:rsidR="00033C64" w:rsidRDefault="001A1814">
            <w:pPr>
              <w:spacing w:after="0"/>
            </w:pPr>
            <w:r>
              <w:rPr>
                <w:b/>
                <w:color w:val="3A2B3F"/>
                <w:sz w:val="17"/>
              </w:rPr>
              <w:t>Religion / belief</w:t>
            </w:r>
          </w:p>
        </w:tc>
        <w:tc>
          <w:tcPr>
            <w:tcW w:w="5328" w:type="dxa"/>
            <w:tcBorders>
              <w:top w:val="single" w:sz="4" w:space="0" w:color="D9D0DE"/>
              <w:left w:val="single" w:sz="4" w:space="0" w:color="D9D0DE"/>
              <w:bottom w:val="single" w:sz="4" w:space="0" w:color="D9D0DE"/>
              <w:right w:val="single" w:sz="4" w:space="0" w:color="D9D0DE"/>
            </w:tcBorders>
            <w:vAlign w:val="center"/>
          </w:tcPr>
          <w:p w14:paraId="6504A922" w14:textId="77777777" w:rsidR="00033C64" w:rsidRDefault="001A1814">
            <w:pPr>
              <w:spacing w:after="0"/>
            </w:pPr>
            <w:r>
              <w:rPr>
                <w:color w:val="3A2B3F"/>
                <w:sz w:val="17"/>
              </w:rPr>
              <w:t>□ Christian  □ Muslim  □ Sikh  □ Hindu  □ Buddhist  □ Jewish  □ No religion  □ Other  □ Prefer not to say</w:t>
            </w:r>
          </w:p>
        </w:tc>
      </w:tr>
      <w:tr w:rsidR="00033C64" w14:paraId="530726E4" w14:textId="77777777">
        <w:trPr>
          <w:jc w:val="center"/>
        </w:trPr>
        <w:tc>
          <w:tcPr>
            <w:tcW w:w="5328" w:type="dxa"/>
            <w:tcBorders>
              <w:top w:val="single" w:sz="4" w:space="0" w:color="D9D0DE"/>
              <w:left w:val="single" w:sz="4" w:space="0" w:color="D9D0DE"/>
              <w:bottom w:val="single" w:sz="4" w:space="0" w:color="D9D0DE"/>
              <w:right w:val="single" w:sz="4" w:space="0" w:color="D9D0DE"/>
            </w:tcBorders>
            <w:shd w:val="clear" w:color="auto" w:fill="F4EEFA"/>
            <w:vAlign w:val="center"/>
          </w:tcPr>
          <w:p w14:paraId="51D2AA79" w14:textId="77777777" w:rsidR="00033C64" w:rsidRDefault="001A1814">
            <w:pPr>
              <w:spacing w:after="0"/>
            </w:pPr>
            <w:r>
              <w:rPr>
                <w:b/>
                <w:color w:val="3A2B3F"/>
                <w:sz w:val="17"/>
              </w:rPr>
              <w:t>Disability / additional needs</w:t>
            </w:r>
          </w:p>
        </w:tc>
        <w:tc>
          <w:tcPr>
            <w:tcW w:w="5328" w:type="dxa"/>
            <w:tcBorders>
              <w:top w:val="single" w:sz="4" w:space="0" w:color="D9D0DE"/>
              <w:left w:val="single" w:sz="4" w:space="0" w:color="D9D0DE"/>
              <w:bottom w:val="single" w:sz="4" w:space="0" w:color="D9D0DE"/>
              <w:right w:val="single" w:sz="4" w:space="0" w:color="D9D0DE"/>
            </w:tcBorders>
            <w:shd w:val="clear" w:color="auto" w:fill="F4EEFA"/>
            <w:vAlign w:val="center"/>
          </w:tcPr>
          <w:p w14:paraId="6EE5CCFC" w14:textId="77777777" w:rsidR="00033C64" w:rsidRDefault="001A1814">
            <w:pPr>
              <w:spacing w:after="0"/>
            </w:pPr>
            <w:r>
              <w:rPr>
                <w:color w:val="3A2B3F"/>
                <w:sz w:val="17"/>
              </w:rPr>
              <w:t>□ None  □ Physical disability  □ Learning disability/difficulty  □ Neurodivergent  □ Mental health condition  □ Other  □ Prefer not to say</w:t>
            </w:r>
          </w:p>
        </w:tc>
      </w:tr>
      <w:tr w:rsidR="00033C64" w14:paraId="0DD29B30" w14:textId="77777777">
        <w:trPr>
          <w:jc w:val="center"/>
        </w:trPr>
        <w:tc>
          <w:tcPr>
            <w:tcW w:w="5328" w:type="dxa"/>
            <w:tcBorders>
              <w:top w:val="single" w:sz="4" w:space="0" w:color="D9D0DE"/>
              <w:left w:val="single" w:sz="4" w:space="0" w:color="D9D0DE"/>
              <w:bottom w:val="single" w:sz="4" w:space="0" w:color="D9D0DE"/>
              <w:right w:val="single" w:sz="4" w:space="0" w:color="D9D0DE"/>
            </w:tcBorders>
            <w:vAlign w:val="center"/>
          </w:tcPr>
          <w:p w14:paraId="370B5150" w14:textId="77777777" w:rsidR="00033C64" w:rsidRDefault="001A1814">
            <w:pPr>
              <w:spacing w:after="0"/>
            </w:pPr>
            <w:r>
              <w:rPr>
                <w:b/>
                <w:color w:val="3A2B3F"/>
                <w:sz w:val="17"/>
              </w:rPr>
              <w:t>Education / employment status</w:t>
            </w:r>
          </w:p>
        </w:tc>
        <w:tc>
          <w:tcPr>
            <w:tcW w:w="5328" w:type="dxa"/>
            <w:tcBorders>
              <w:top w:val="single" w:sz="4" w:space="0" w:color="D9D0DE"/>
              <w:left w:val="single" w:sz="4" w:space="0" w:color="D9D0DE"/>
              <w:bottom w:val="single" w:sz="4" w:space="0" w:color="D9D0DE"/>
              <w:right w:val="single" w:sz="4" w:space="0" w:color="D9D0DE"/>
            </w:tcBorders>
            <w:vAlign w:val="center"/>
          </w:tcPr>
          <w:p w14:paraId="366EFB42" w14:textId="77777777" w:rsidR="00033C64" w:rsidRDefault="001A1814">
            <w:pPr>
              <w:spacing w:after="0"/>
            </w:pPr>
            <w:r>
              <w:rPr>
                <w:color w:val="3A2B3F"/>
                <w:sz w:val="17"/>
              </w:rPr>
              <w:t>□ School  □ College/sixth form  □ University  □ Apprenticeship/training  □ Employed  □ Unemployed  □ NEET  □ Other</w:t>
            </w:r>
          </w:p>
        </w:tc>
      </w:tr>
      <w:tr w:rsidR="00033C64" w14:paraId="49CD05BB" w14:textId="77777777">
        <w:trPr>
          <w:jc w:val="center"/>
        </w:trPr>
        <w:tc>
          <w:tcPr>
            <w:tcW w:w="5328" w:type="dxa"/>
            <w:tcBorders>
              <w:top w:val="single" w:sz="4" w:space="0" w:color="D9D0DE"/>
              <w:left w:val="single" w:sz="4" w:space="0" w:color="D9D0DE"/>
              <w:bottom w:val="single" w:sz="4" w:space="0" w:color="D9D0DE"/>
              <w:right w:val="single" w:sz="4" w:space="0" w:color="D9D0DE"/>
            </w:tcBorders>
            <w:shd w:val="clear" w:color="auto" w:fill="F4EEFA"/>
            <w:vAlign w:val="center"/>
          </w:tcPr>
          <w:p w14:paraId="7B78927C" w14:textId="77777777" w:rsidR="00033C64" w:rsidRDefault="001A1814">
            <w:pPr>
              <w:spacing w:after="0"/>
            </w:pPr>
            <w:r>
              <w:rPr>
                <w:b/>
                <w:color w:val="3A2B3F"/>
                <w:sz w:val="17"/>
              </w:rPr>
              <w:t>Accommodation situation</w:t>
            </w:r>
          </w:p>
        </w:tc>
        <w:tc>
          <w:tcPr>
            <w:tcW w:w="5328" w:type="dxa"/>
            <w:tcBorders>
              <w:top w:val="single" w:sz="4" w:space="0" w:color="D9D0DE"/>
              <w:left w:val="single" w:sz="4" w:space="0" w:color="D9D0DE"/>
              <w:bottom w:val="single" w:sz="4" w:space="0" w:color="D9D0DE"/>
              <w:right w:val="single" w:sz="4" w:space="0" w:color="D9D0DE"/>
            </w:tcBorders>
            <w:shd w:val="clear" w:color="auto" w:fill="F4EEFA"/>
            <w:vAlign w:val="center"/>
          </w:tcPr>
          <w:p w14:paraId="4C184035" w14:textId="77777777" w:rsidR="00033C64" w:rsidRDefault="001A1814">
            <w:pPr>
              <w:spacing w:after="0"/>
            </w:pPr>
            <w:r>
              <w:rPr>
                <w:color w:val="3A2B3F"/>
                <w:sz w:val="17"/>
              </w:rPr>
              <w:t>□ Living with parent/carer  □ Foster/care placement  □ Supported accommodation  □ Temporary accommodation  □ Own tenancy  □ Homeless/sofa surfing  □ Other</w:t>
            </w:r>
          </w:p>
        </w:tc>
      </w:tr>
      <w:tr w:rsidR="00033C64" w14:paraId="44F1FA54" w14:textId="77777777">
        <w:trPr>
          <w:jc w:val="center"/>
        </w:trPr>
        <w:tc>
          <w:tcPr>
            <w:tcW w:w="5328" w:type="dxa"/>
            <w:tcBorders>
              <w:top w:val="single" w:sz="4" w:space="0" w:color="D9D0DE"/>
              <w:left w:val="single" w:sz="4" w:space="0" w:color="D9D0DE"/>
              <w:bottom w:val="single" w:sz="4" w:space="0" w:color="D9D0DE"/>
              <w:right w:val="single" w:sz="4" w:space="0" w:color="D9D0DE"/>
            </w:tcBorders>
            <w:vAlign w:val="center"/>
          </w:tcPr>
          <w:p w14:paraId="5E3666D0" w14:textId="77777777" w:rsidR="00033C64" w:rsidRDefault="001A1814">
            <w:pPr>
              <w:spacing w:after="0"/>
            </w:pPr>
            <w:r>
              <w:rPr>
                <w:b/>
                <w:color w:val="3A2B3F"/>
                <w:sz w:val="17"/>
              </w:rPr>
              <w:t>Background indicators</w:t>
            </w:r>
          </w:p>
        </w:tc>
        <w:tc>
          <w:tcPr>
            <w:tcW w:w="5328" w:type="dxa"/>
            <w:tcBorders>
              <w:top w:val="single" w:sz="4" w:space="0" w:color="D9D0DE"/>
              <w:left w:val="single" w:sz="4" w:space="0" w:color="D9D0DE"/>
              <w:bottom w:val="single" w:sz="4" w:space="0" w:color="D9D0DE"/>
              <w:right w:val="single" w:sz="4" w:space="0" w:color="D9D0DE"/>
            </w:tcBorders>
            <w:vAlign w:val="center"/>
          </w:tcPr>
          <w:p w14:paraId="78D25FFD" w14:textId="77777777" w:rsidR="00033C64" w:rsidRDefault="001A1814">
            <w:pPr>
              <w:spacing w:after="0"/>
            </w:pPr>
            <w:r>
              <w:rPr>
                <w:color w:val="3A2B3F"/>
                <w:sz w:val="17"/>
              </w:rPr>
              <w:t>□ Care experienced  □ Care leaver  □ Young carer  □ Youth justice involvement  □ Early Help  □ Children’s Social Care  □ Eligible for FSM/Pupil Premium  □ None known</w:t>
            </w:r>
          </w:p>
        </w:tc>
      </w:tr>
      <w:tr w:rsidR="00033C64" w14:paraId="2DD462B0" w14:textId="77777777">
        <w:trPr>
          <w:jc w:val="center"/>
        </w:trPr>
        <w:tc>
          <w:tcPr>
            <w:tcW w:w="10656" w:type="dxa"/>
            <w:gridSpan w:val="2"/>
            <w:tcBorders>
              <w:top w:val="single" w:sz="8" w:space="0" w:color="F07A8A"/>
              <w:left w:val="single" w:sz="8" w:space="0" w:color="F07A8A"/>
              <w:bottom w:val="single" w:sz="8" w:space="0" w:color="F07A8A"/>
              <w:right w:val="single" w:sz="8" w:space="0" w:color="F07A8A"/>
            </w:tcBorders>
            <w:shd w:val="clear" w:color="auto" w:fill="FFF0F2"/>
          </w:tcPr>
          <w:p w14:paraId="7B4A6BCA" w14:textId="77777777" w:rsidR="00033C64" w:rsidRDefault="001A1814">
            <w:pPr>
              <w:spacing w:after="0"/>
            </w:pPr>
            <w:r>
              <w:rPr>
                <w:color w:val="3A2B3F"/>
                <w:sz w:val="16"/>
              </w:rPr>
              <w:lastRenderedPageBreak/>
              <w:t>Monitoring data should be used for anonymised reporting and service improvement wherever possible. It should not be used to determine eligibility unless directly relevant to safeguarding, access needs or programme suitability.</w:t>
            </w:r>
          </w:p>
        </w:tc>
      </w:tr>
    </w:tbl>
    <w:p w14:paraId="65806E11" w14:textId="77777777" w:rsidR="00033C64" w:rsidRDefault="001A1814">
      <w:pPr>
        <w:pBdr>
          <w:bottom w:val="single" w:sz="12" w:space="3" w:color="F6A96B"/>
        </w:pBdr>
        <w:spacing w:before="60" w:after="100"/>
      </w:pPr>
      <w:r>
        <w:rPr>
          <w:b/>
          <w:color w:val="3A2B3F"/>
          <w:sz w:val="26"/>
        </w:rPr>
        <w:t>3. Programme / Support Requested</w:t>
      </w:r>
    </w:p>
    <w:p w14:paraId="3130F905" w14:textId="77777777" w:rsidR="00033C64" w:rsidRDefault="001A1814">
      <w:pPr>
        <w:spacing w:after="80"/>
      </w:pPr>
      <w:r>
        <w:rPr>
          <w:color w:val="6B5B73"/>
          <w:sz w:val="17"/>
        </w:rPr>
        <w:t>Tick all that may apply. Final matching will be confirmed after triage.</w:t>
      </w:r>
    </w:p>
    <w:tbl>
      <w:tblPr>
        <w:tblW w:w="0" w:type="auto"/>
        <w:jc w:val="center"/>
        <w:tblLook w:val="04A0" w:firstRow="1" w:lastRow="0" w:firstColumn="1" w:lastColumn="0" w:noHBand="0" w:noVBand="1"/>
      </w:tblPr>
      <w:tblGrid>
        <w:gridCol w:w="3549"/>
        <w:gridCol w:w="3548"/>
        <w:gridCol w:w="3549"/>
      </w:tblGrid>
      <w:tr w:rsidR="00033C64" w14:paraId="220129D7" w14:textId="77777777">
        <w:trPr>
          <w:jc w:val="center"/>
        </w:trPr>
        <w:tc>
          <w:tcPr>
            <w:tcW w:w="3552" w:type="dxa"/>
            <w:tcBorders>
              <w:top w:val="single" w:sz="4" w:space="0" w:color="D9D0DE"/>
              <w:left w:val="single" w:sz="4" w:space="0" w:color="D9D0DE"/>
              <w:bottom w:val="single" w:sz="4" w:space="0" w:color="D9D0DE"/>
              <w:right w:val="single" w:sz="4" w:space="0" w:color="D9D0DE"/>
            </w:tcBorders>
            <w:shd w:val="clear" w:color="auto" w:fill="3A2B3F"/>
            <w:vAlign w:val="center"/>
          </w:tcPr>
          <w:p w14:paraId="186AEDC4" w14:textId="77777777" w:rsidR="00033C64" w:rsidRDefault="001A1814">
            <w:pPr>
              <w:spacing w:after="0"/>
            </w:pPr>
            <w:r>
              <w:rPr>
                <w:b/>
                <w:color w:val="3A2B3F"/>
                <w:sz w:val="17"/>
              </w:rPr>
              <w:t>Programme / offer</w:t>
            </w:r>
          </w:p>
        </w:tc>
        <w:tc>
          <w:tcPr>
            <w:tcW w:w="3552" w:type="dxa"/>
            <w:tcBorders>
              <w:top w:val="single" w:sz="4" w:space="0" w:color="D9D0DE"/>
              <w:left w:val="single" w:sz="4" w:space="0" w:color="D9D0DE"/>
              <w:bottom w:val="single" w:sz="4" w:space="0" w:color="D9D0DE"/>
              <w:right w:val="single" w:sz="4" w:space="0" w:color="D9D0DE"/>
            </w:tcBorders>
            <w:shd w:val="clear" w:color="auto" w:fill="3A2B3F"/>
            <w:vAlign w:val="center"/>
          </w:tcPr>
          <w:p w14:paraId="533CCDED" w14:textId="77777777" w:rsidR="00033C64" w:rsidRDefault="001A1814">
            <w:pPr>
              <w:spacing w:after="0"/>
            </w:pPr>
            <w:r>
              <w:rPr>
                <w:b/>
                <w:color w:val="3A2B3F"/>
                <w:sz w:val="17"/>
              </w:rPr>
              <w:t>Age range</w:t>
            </w:r>
          </w:p>
        </w:tc>
        <w:tc>
          <w:tcPr>
            <w:tcW w:w="3552" w:type="dxa"/>
            <w:tcBorders>
              <w:top w:val="single" w:sz="4" w:space="0" w:color="D9D0DE"/>
              <w:left w:val="single" w:sz="4" w:space="0" w:color="D9D0DE"/>
              <w:bottom w:val="single" w:sz="4" w:space="0" w:color="D9D0DE"/>
              <w:right w:val="single" w:sz="4" w:space="0" w:color="D9D0DE"/>
            </w:tcBorders>
            <w:shd w:val="clear" w:color="auto" w:fill="3A2B3F"/>
            <w:vAlign w:val="center"/>
          </w:tcPr>
          <w:p w14:paraId="35FF55D7" w14:textId="77777777" w:rsidR="00033C64" w:rsidRDefault="001A1814">
            <w:pPr>
              <w:spacing w:after="0"/>
            </w:pPr>
            <w:r>
              <w:rPr>
                <w:b/>
                <w:color w:val="3A2B3F"/>
                <w:sz w:val="17"/>
              </w:rPr>
              <w:t>Reason for considering</w:t>
            </w:r>
          </w:p>
        </w:tc>
      </w:tr>
      <w:tr w:rsidR="00033C64" w14:paraId="2C787F45" w14:textId="77777777">
        <w:trPr>
          <w:jc w:val="center"/>
        </w:trPr>
        <w:tc>
          <w:tcPr>
            <w:tcW w:w="3552"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475E1DAF" w14:textId="77777777" w:rsidR="00033C64" w:rsidRDefault="001A1814">
            <w:pPr>
              <w:spacing w:after="0"/>
            </w:pPr>
            <w:r>
              <w:rPr>
                <w:b/>
                <w:color w:val="3A2B3F"/>
                <w:sz w:val="17"/>
              </w:rPr>
              <w:t>□ Reclaim Her</w:t>
            </w:r>
          </w:p>
        </w:tc>
        <w:tc>
          <w:tcPr>
            <w:tcW w:w="3552"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138FE5B5" w14:textId="77777777" w:rsidR="00033C64" w:rsidRDefault="001A1814">
            <w:pPr>
              <w:spacing w:after="0"/>
              <w:jc w:val="center"/>
            </w:pPr>
            <w:r>
              <w:rPr>
                <w:color w:val="3A2B3F"/>
                <w:sz w:val="17"/>
              </w:rPr>
              <w:t>16–25</w:t>
            </w:r>
          </w:p>
        </w:tc>
        <w:tc>
          <w:tcPr>
            <w:tcW w:w="3552"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508AA981" w14:textId="77777777" w:rsidR="00033C64" w:rsidRDefault="001A1814">
            <w:pPr>
              <w:spacing w:after="0"/>
            </w:pPr>
            <w:r>
              <w:rPr>
                <w:color w:val="3A2B3F"/>
                <w:sz w:val="17"/>
              </w:rPr>
              <w:t>Confidence, identity, healthy relationships, resilience, peer connection and preparation for adulthood.</w:t>
            </w:r>
          </w:p>
        </w:tc>
      </w:tr>
      <w:tr w:rsidR="00033C64" w14:paraId="5101E385" w14:textId="77777777">
        <w:trPr>
          <w:jc w:val="center"/>
        </w:trPr>
        <w:tc>
          <w:tcPr>
            <w:tcW w:w="3552" w:type="dxa"/>
            <w:tcBorders>
              <w:top w:val="single" w:sz="4" w:space="0" w:color="D9D0DE"/>
              <w:left w:val="single" w:sz="4" w:space="0" w:color="D9D0DE"/>
              <w:bottom w:val="single" w:sz="4" w:space="0" w:color="D9D0DE"/>
              <w:right w:val="single" w:sz="4" w:space="0" w:color="D9D0DE"/>
            </w:tcBorders>
            <w:vAlign w:val="center"/>
          </w:tcPr>
          <w:p w14:paraId="7AF4A7AB" w14:textId="77777777" w:rsidR="00033C64" w:rsidRDefault="001A1814">
            <w:pPr>
              <w:spacing w:after="0"/>
            </w:pPr>
            <w:r>
              <w:rPr>
                <w:b/>
                <w:color w:val="3A2B3F"/>
                <w:sz w:val="17"/>
              </w:rPr>
              <w:t>□ Her Mind Matters</w:t>
            </w:r>
          </w:p>
        </w:tc>
        <w:tc>
          <w:tcPr>
            <w:tcW w:w="3552" w:type="dxa"/>
            <w:tcBorders>
              <w:top w:val="single" w:sz="4" w:space="0" w:color="D9D0DE"/>
              <w:left w:val="single" w:sz="4" w:space="0" w:color="D9D0DE"/>
              <w:bottom w:val="single" w:sz="4" w:space="0" w:color="D9D0DE"/>
              <w:right w:val="single" w:sz="4" w:space="0" w:color="D9D0DE"/>
            </w:tcBorders>
            <w:vAlign w:val="center"/>
          </w:tcPr>
          <w:p w14:paraId="3A8193B9" w14:textId="77777777" w:rsidR="00033C64" w:rsidRDefault="001A1814">
            <w:pPr>
              <w:spacing w:after="0"/>
              <w:jc w:val="center"/>
            </w:pPr>
            <w:r>
              <w:rPr>
                <w:color w:val="3A2B3F"/>
                <w:sz w:val="17"/>
              </w:rPr>
              <w:t>11–18</w:t>
            </w:r>
          </w:p>
        </w:tc>
        <w:tc>
          <w:tcPr>
            <w:tcW w:w="3552" w:type="dxa"/>
            <w:tcBorders>
              <w:top w:val="single" w:sz="4" w:space="0" w:color="D9D0DE"/>
              <w:left w:val="single" w:sz="4" w:space="0" w:color="D9D0DE"/>
              <w:bottom w:val="single" w:sz="4" w:space="0" w:color="D9D0DE"/>
              <w:right w:val="single" w:sz="4" w:space="0" w:color="D9D0DE"/>
            </w:tcBorders>
            <w:vAlign w:val="center"/>
          </w:tcPr>
          <w:p w14:paraId="2AB13A1F" w14:textId="77777777" w:rsidR="00033C64" w:rsidRDefault="001A1814">
            <w:pPr>
              <w:spacing w:after="0"/>
            </w:pPr>
            <w:r>
              <w:rPr>
                <w:color w:val="3A2B3F"/>
                <w:sz w:val="17"/>
              </w:rPr>
              <w:t>Emotional literacy, self-esteem, friendship, boundaries, coping tools and preventative wellbeing.</w:t>
            </w:r>
          </w:p>
        </w:tc>
      </w:tr>
      <w:tr w:rsidR="00033C64" w14:paraId="168DDAA3" w14:textId="77777777">
        <w:trPr>
          <w:jc w:val="center"/>
        </w:trPr>
        <w:tc>
          <w:tcPr>
            <w:tcW w:w="3552"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5B9E6091" w14:textId="77777777" w:rsidR="00033C64" w:rsidRDefault="001A1814">
            <w:pPr>
              <w:spacing w:after="0"/>
            </w:pPr>
            <w:r>
              <w:rPr>
                <w:b/>
                <w:color w:val="3A2B3F"/>
                <w:sz w:val="17"/>
              </w:rPr>
              <w:t>□ One-to-One Wellbeing Support</w:t>
            </w:r>
          </w:p>
        </w:tc>
        <w:tc>
          <w:tcPr>
            <w:tcW w:w="3552"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7281216B" w14:textId="77777777" w:rsidR="00033C64" w:rsidRDefault="001A1814">
            <w:pPr>
              <w:spacing w:after="0"/>
              <w:jc w:val="center"/>
            </w:pPr>
            <w:r>
              <w:rPr>
                <w:color w:val="3A2B3F"/>
                <w:sz w:val="17"/>
              </w:rPr>
              <w:t>11–25</w:t>
            </w:r>
          </w:p>
        </w:tc>
        <w:tc>
          <w:tcPr>
            <w:tcW w:w="3552"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73FC0E55" w14:textId="77777777" w:rsidR="00033C64" w:rsidRDefault="001A1814">
            <w:pPr>
              <w:spacing w:after="0"/>
            </w:pPr>
            <w:r>
              <w:rPr>
                <w:color w:val="3A2B3F"/>
                <w:sz w:val="17"/>
              </w:rPr>
              <w:t>Personalised early support for young people who may prefer individual support or are not ready for a group.</w:t>
            </w:r>
          </w:p>
        </w:tc>
      </w:tr>
    </w:tbl>
    <w:p w14:paraId="5090BEC0" w14:textId="77777777" w:rsidR="00033C64" w:rsidRDefault="001A1814">
      <w:pPr>
        <w:pBdr>
          <w:bottom w:val="single" w:sz="12" w:space="3" w:color="CDB4DB"/>
        </w:pBdr>
        <w:spacing w:before="60" w:after="100"/>
      </w:pPr>
      <w:r>
        <w:rPr>
          <w:b/>
          <w:color w:val="3A2B3F"/>
          <w:sz w:val="26"/>
        </w:rPr>
        <w:t>4. Presenting Needs / Indicators for Referral</w:t>
      </w:r>
    </w:p>
    <w:tbl>
      <w:tblPr>
        <w:tblW w:w="0" w:type="auto"/>
        <w:jc w:val="center"/>
        <w:tblLook w:val="04A0" w:firstRow="1" w:lastRow="0" w:firstColumn="1" w:lastColumn="0" w:noHBand="0" w:noVBand="1"/>
      </w:tblPr>
      <w:tblGrid>
        <w:gridCol w:w="5323"/>
        <w:gridCol w:w="5323"/>
      </w:tblGrid>
      <w:tr w:rsidR="00033C64" w14:paraId="07A636F7" w14:textId="77777777">
        <w:trPr>
          <w:jc w:val="center"/>
        </w:trPr>
        <w:tc>
          <w:tcPr>
            <w:tcW w:w="5328" w:type="dxa"/>
            <w:tcBorders>
              <w:top w:val="single" w:sz="4" w:space="0" w:color="D9D0DE"/>
              <w:left w:val="single" w:sz="4" w:space="0" w:color="D9D0DE"/>
              <w:bottom w:val="single" w:sz="4" w:space="0" w:color="D9D0DE"/>
              <w:right w:val="single" w:sz="4" w:space="0" w:color="D9D0DE"/>
            </w:tcBorders>
            <w:shd w:val="clear" w:color="auto" w:fill="F4EEFA"/>
            <w:vAlign w:val="center"/>
          </w:tcPr>
          <w:p w14:paraId="45430F46" w14:textId="77777777" w:rsidR="00033C64" w:rsidRDefault="001A1814">
            <w:pPr>
              <w:spacing w:after="0"/>
            </w:pPr>
            <w:r>
              <w:rPr>
                <w:color w:val="3A2B3F"/>
                <w:sz w:val="17"/>
              </w:rPr>
              <w:t>□  Low confidence, self-esteem or reduced self-worth</w:t>
            </w:r>
          </w:p>
        </w:tc>
        <w:tc>
          <w:tcPr>
            <w:tcW w:w="5328" w:type="dxa"/>
            <w:tcBorders>
              <w:top w:val="single" w:sz="4" w:space="0" w:color="D9D0DE"/>
              <w:left w:val="single" w:sz="4" w:space="0" w:color="D9D0DE"/>
              <w:bottom w:val="single" w:sz="4" w:space="0" w:color="D9D0DE"/>
              <w:right w:val="single" w:sz="4" w:space="0" w:color="D9D0DE"/>
            </w:tcBorders>
            <w:vAlign w:val="center"/>
          </w:tcPr>
          <w:p w14:paraId="5484C27B" w14:textId="77777777" w:rsidR="00033C64" w:rsidRDefault="001A1814">
            <w:pPr>
              <w:spacing w:after="0"/>
            </w:pPr>
            <w:r>
              <w:rPr>
                <w:color w:val="3A2B3F"/>
                <w:sz w:val="17"/>
              </w:rPr>
              <w:t>□  Social isolation, loneliness or limited positive peer connection</w:t>
            </w:r>
          </w:p>
        </w:tc>
      </w:tr>
      <w:tr w:rsidR="00033C64" w14:paraId="21F18046" w14:textId="77777777">
        <w:trPr>
          <w:jc w:val="center"/>
        </w:trPr>
        <w:tc>
          <w:tcPr>
            <w:tcW w:w="5328" w:type="dxa"/>
            <w:tcBorders>
              <w:top w:val="single" w:sz="4" w:space="0" w:color="D9D0DE"/>
              <w:left w:val="single" w:sz="4" w:space="0" w:color="D9D0DE"/>
              <w:bottom w:val="single" w:sz="4" w:space="0" w:color="D9D0DE"/>
              <w:right w:val="single" w:sz="4" w:space="0" w:color="D9D0DE"/>
            </w:tcBorders>
            <w:vAlign w:val="center"/>
          </w:tcPr>
          <w:p w14:paraId="34C4895D" w14:textId="77777777" w:rsidR="00033C64" w:rsidRDefault="001A1814">
            <w:pPr>
              <w:spacing w:after="0"/>
            </w:pPr>
            <w:r>
              <w:rPr>
                <w:color w:val="3A2B3F"/>
                <w:sz w:val="17"/>
              </w:rPr>
              <w:t>□  Low mood, anxiety-related worries, stress or emotional overwhelm</w:t>
            </w:r>
          </w:p>
        </w:tc>
        <w:tc>
          <w:tcPr>
            <w:tcW w:w="5328" w:type="dxa"/>
            <w:tcBorders>
              <w:top w:val="single" w:sz="4" w:space="0" w:color="D9D0DE"/>
              <w:left w:val="single" w:sz="4" w:space="0" w:color="D9D0DE"/>
              <w:bottom w:val="single" w:sz="4" w:space="0" w:color="D9D0DE"/>
              <w:right w:val="single" w:sz="4" w:space="0" w:color="D9D0DE"/>
            </w:tcBorders>
            <w:shd w:val="clear" w:color="auto" w:fill="F4EEFA"/>
            <w:vAlign w:val="center"/>
          </w:tcPr>
          <w:p w14:paraId="7DE2AC21" w14:textId="77777777" w:rsidR="00033C64" w:rsidRDefault="001A1814">
            <w:pPr>
              <w:spacing w:after="0"/>
            </w:pPr>
            <w:r>
              <w:rPr>
                <w:color w:val="3A2B3F"/>
                <w:sz w:val="17"/>
              </w:rPr>
              <w:t>□  Difficulties with emotional regulation or coping skills</w:t>
            </w:r>
          </w:p>
        </w:tc>
      </w:tr>
      <w:tr w:rsidR="00033C64" w14:paraId="7A60839C" w14:textId="77777777">
        <w:trPr>
          <w:jc w:val="center"/>
        </w:trPr>
        <w:tc>
          <w:tcPr>
            <w:tcW w:w="5328" w:type="dxa"/>
            <w:tcBorders>
              <w:top w:val="single" w:sz="4" w:space="0" w:color="D9D0DE"/>
              <w:left w:val="single" w:sz="4" w:space="0" w:color="D9D0DE"/>
              <w:bottom w:val="single" w:sz="4" w:space="0" w:color="D9D0DE"/>
              <w:right w:val="single" w:sz="4" w:space="0" w:color="D9D0DE"/>
            </w:tcBorders>
            <w:shd w:val="clear" w:color="auto" w:fill="F4EEFA"/>
            <w:vAlign w:val="center"/>
          </w:tcPr>
          <w:p w14:paraId="63552E1D" w14:textId="77777777" w:rsidR="00033C64" w:rsidRDefault="001A1814">
            <w:pPr>
              <w:spacing w:after="0"/>
            </w:pPr>
            <w:r>
              <w:rPr>
                <w:color w:val="3A2B3F"/>
                <w:sz w:val="17"/>
              </w:rPr>
              <w:t>□  Friendship, family relationship or peer conflict difficulties</w:t>
            </w:r>
          </w:p>
        </w:tc>
        <w:tc>
          <w:tcPr>
            <w:tcW w:w="5328" w:type="dxa"/>
            <w:tcBorders>
              <w:top w:val="single" w:sz="4" w:space="0" w:color="D9D0DE"/>
              <w:left w:val="single" w:sz="4" w:space="0" w:color="D9D0DE"/>
              <w:bottom w:val="single" w:sz="4" w:space="0" w:color="D9D0DE"/>
              <w:right w:val="single" w:sz="4" w:space="0" w:color="D9D0DE"/>
            </w:tcBorders>
            <w:vAlign w:val="center"/>
          </w:tcPr>
          <w:p w14:paraId="22160F6D" w14:textId="77777777" w:rsidR="00033C64" w:rsidRDefault="001A1814">
            <w:pPr>
              <w:spacing w:after="0"/>
            </w:pPr>
            <w:r>
              <w:rPr>
                <w:color w:val="3A2B3F"/>
                <w:sz w:val="17"/>
              </w:rPr>
              <w:t>□  Unhealthy relationship patterns, boundaries or red flag awareness</w:t>
            </w:r>
          </w:p>
        </w:tc>
      </w:tr>
      <w:tr w:rsidR="00033C64" w14:paraId="5CE2B110" w14:textId="77777777">
        <w:trPr>
          <w:jc w:val="center"/>
        </w:trPr>
        <w:tc>
          <w:tcPr>
            <w:tcW w:w="5328" w:type="dxa"/>
            <w:tcBorders>
              <w:top w:val="single" w:sz="4" w:space="0" w:color="D9D0DE"/>
              <w:left w:val="single" w:sz="4" w:space="0" w:color="D9D0DE"/>
              <w:bottom w:val="single" w:sz="4" w:space="0" w:color="D9D0DE"/>
              <w:right w:val="single" w:sz="4" w:space="0" w:color="D9D0DE"/>
            </w:tcBorders>
            <w:vAlign w:val="center"/>
          </w:tcPr>
          <w:p w14:paraId="51AC83CF" w14:textId="77777777" w:rsidR="00033C64" w:rsidRDefault="001A1814">
            <w:pPr>
              <w:spacing w:after="0"/>
            </w:pPr>
            <w:r>
              <w:rPr>
                <w:color w:val="3A2B3F"/>
                <w:sz w:val="17"/>
              </w:rPr>
              <w:t>□  Care experience, leaving care or preparation for adulthood needs</w:t>
            </w:r>
          </w:p>
        </w:tc>
        <w:tc>
          <w:tcPr>
            <w:tcW w:w="5328" w:type="dxa"/>
            <w:tcBorders>
              <w:top w:val="single" w:sz="4" w:space="0" w:color="D9D0DE"/>
              <w:left w:val="single" w:sz="4" w:space="0" w:color="D9D0DE"/>
              <w:bottom w:val="single" w:sz="4" w:space="0" w:color="D9D0DE"/>
              <w:right w:val="single" w:sz="4" w:space="0" w:color="D9D0DE"/>
            </w:tcBorders>
            <w:shd w:val="clear" w:color="auto" w:fill="F4EEFA"/>
            <w:vAlign w:val="center"/>
          </w:tcPr>
          <w:p w14:paraId="1268C0E3" w14:textId="77777777" w:rsidR="00033C64" w:rsidRDefault="001A1814">
            <w:pPr>
              <w:spacing w:after="0"/>
            </w:pPr>
            <w:r>
              <w:rPr>
                <w:color w:val="3A2B3F"/>
                <w:sz w:val="17"/>
              </w:rPr>
              <w:t>□  School/college attendance, transition or engagement difficulties</w:t>
            </w:r>
          </w:p>
        </w:tc>
      </w:tr>
      <w:tr w:rsidR="00033C64" w14:paraId="42ADC7DD" w14:textId="77777777">
        <w:trPr>
          <w:jc w:val="center"/>
        </w:trPr>
        <w:tc>
          <w:tcPr>
            <w:tcW w:w="5328" w:type="dxa"/>
            <w:tcBorders>
              <w:top w:val="single" w:sz="4" w:space="0" w:color="D9D0DE"/>
              <w:left w:val="single" w:sz="4" w:space="0" w:color="D9D0DE"/>
              <w:bottom w:val="single" w:sz="4" w:space="0" w:color="D9D0DE"/>
              <w:right w:val="single" w:sz="4" w:space="0" w:color="D9D0DE"/>
            </w:tcBorders>
            <w:shd w:val="clear" w:color="auto" w:fill="F4EEFA"/>
            <w:vAlign w:val="center"/>
          </w:tcPr>
          <w:p w14:paraId="6A17DFE3" w14:textId="77777777" w:rsidR="00033C64" w:rsidRDefault="001A1814">
            <w:pPr>
              <w:spacing w:after="0"/>
            </w:pPr>
            <w:r>
              <w:rPr>
                <w:color w:val="3A2B3F"/>
                <w:sz w:val="17"/>
              </w:rPr>
              <w:t>□  Youth justice involvement or vulnerability to exploitation</w:t>
            </w:r>
          </w:p>
        </w:tc>
        <w:tc>
          <w:tcPr>
            <w:tcW w:w="5328" w:type="dxa"/>
            <w:tcBorders>
              <w:top w:val="single" w:sz="4" w:space="0" w:color="D9D0DE"/>
              <w:left w:val="single" w:sz="4" w:space="0" w:color="D9D0DE"/>
              <w:bottom w:val="single" w:sz="4" w:space="0" w:color="D9D0DE"/>
              <w:right w:val="single" w:sz="4" w:space="0" w:color="D9D0DE"/>
            </w:tcBorders>
            <w:vAlign w:val="center"/>
          </w:tcPr>
          <w:p w14:paraId="15942A57" w14:textId="77777777" w:rsidR="00033C64" w:rsidRDefault="001A1814">
            <w:pPr>
              <w:spacing w:after="0"/>
            </w:pPr>
            <w:r>
              <w:rPr>
                <w:color w:val="3A2B3F"/>
                <w:sz w:val="17"/>
              </w:rPr>
              <w:t>□  Loss, adversity, trauma exposure or significant life change</w:t>
            </w:r>
          </w:p>
        </w:tc>
      </w:tr>
      <w:tr w:rsidR="00033C64" w14:paraId="3199CE30" w14:textId="77777777">
        <w:trPr>
          <w:jc w:val="center"/>
        </w:trPr>
        <w:tc>
          <w:tcPr>
            <w:tcW w:w="5328" w:type="dxa"/>
            <w:tcBorders>
              <w:top w:val="single" w:sz="4" w:space="0" w:color="D9D0DE"/>
              <w:left w:val="single" w:sz="4" w:space="0" w:color="D9D0DE"/>
              <w:bottom w:val="single" w:sz="4" w:space="0" w:color="D9D0DE"/>
              <w:right w:val="single" w:sz="4" w:space="0" w:color="D9D0DE"/>
            </w:tcBorders>
            <w:vAlign w:val="center"/>
          </w:tcPr>
          <w:p w14:paraId="7F6661C3" w14:textId="77777777" w:rsidR="00033C64" w:rsidRDefault="001A1814">
            <w:pPr>
              <w:spacing w:after="0"/>
            </w:pPr>
            <w:r>
              <w:rPr>
                <w:color w:val="3A2B3F"/>
                <w:sz w:val="17"/>
              </w:rPr>
              <w:t>□  Identity, belonging, aspirations or future planning needs</w:t>
            </w:r>
          </w:p>
        </w:tc>
        <w:tc>
          <w:tcPr>
            <w:tcW w:w="5328" w:type="dxa"/>
            <w:tcBorders>
              <w:top w:val="single" w:sz="4" w:space="0" w:color="D9D0DE"/>
              <w:left w:val="single" w:sz="4" w:space="0" w:color="D9D0DE"/>
              <w:bottom w:val="single" w:sz="4" w:space="0" w:color="D9D0DE"/>
              <w:right w:val="single" w:sz="4" w:space="0" w:color="D9D0DE"/>
            </w:tcBorders>
            <w:shd w:val="clear" w:color="auto" w:fill="F4EEFA"/>
            <w:vAlign w:val="center"/>
          </w:tcPr>
          <w:p w14:paraId="63B0E3CA" w14:textId="77777777" w:rsidR="00033C64" w:rsidRDefault="001A1814">
            <w:pPr>
              <w:spacing w:after="0"/>
            </w:pPr>
            <w:r>
              <w:rPr>
                <w:color w:val="3A2B3F"/>
                <w:sz w:val="17"/>
              </w:rPr>
              <w:t>□  Would benefit from a safe community-based support space</w:t>
            </w:r>
          </w:p>
        </w:tc>
      </w:tr>
    </w:tbl>
    <w:p w14:paraId="0628D6C2" w14:textId="77777777" w:rsidR="00033C64" w:rsidRDefault="001A1814">
      <w:pPr>
        <w:spacing w:before="40" w:after="40"/>
      </w:pPr>
      <w:r>
        <w:rPr>
          <w:b/>
          <w:color w:val="3A2B3F"/>
          <w:sz w:val="17"/>
        </w:rPr>
        <w:t>Please provide further details, including examples, onset, duration and what has changed recently:</w:t>
      </w:r>
    </w:p>
    <w:tbl>
      <w:tblPr>
        <w:tblW w:w="0" w:type="auto"/>
        <w:tblLook w:val="04A0" w:firstRow="1" w:lastRow="0" w:firstColumn="1" w:lastColumn="0" w:noHBand="0" w:noVBand="1"/>
      </w:tblPr>
      <w:tblGrid>
        <w:gridCol w:w="10646"/>
      </w:tblGrid>
      <w:tr w:rsidR="00033C64" w14:paraId="28CE8CB7" w14:textId="77777777">
        <w:tc>
          <w:tcPr>
            <w:tcW w:w="10656"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1895D3B7" w14:textId="77777777" w:rsidR="00033C64" w:rsidRDefault="001A1814">
            <w:r>
              <w:rPr>
                <w:color w:val="3A2B3F"/>
                <w:sz w:val="17"/>
              </w:rPr>
              <w:t xml:space="preserve"> </w:t>
            </w:r>
          </w:p>
        </w:tc>
      </w:tr>
      <w:tr w:rsidR="00033C64" w14:paraId="7FDE0BDC" w14:textId="77777777">
        <w:tc>
          <w:tcPr>
            <w:tcW w:w="10656"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6C1031F9" w14:textId="77777777" w:rsidR="00033C64" w:rsidRDefault="001A1814">
            <w:r>
              <w:rPr>
                <w:color w:val="3A2B3F"/>
                <w:sz w:val="17"/>
              </w:rPr>
              <w:t xml:space="preserve"> </w:t>
            </w:r>
          </w:p>
        </w:tc>
      </w:tr>
      <w:tr w:rsidR="00033C64" w14:paraId="4CE745D7" w14:textId="77777777">
        <w:tc>
          <w:tcPr>
            <w:tcW w:w="10656"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7D149327" w14:textId="77777777" w:rsidR="00033C64" w:rsidRDefault="001A1814">
            <w:r>
              <w:rPr>
                <w:color w:val="3A2B3F"/>
                <w:sz w:val="17"/>
              </w:rPr>
              <w:t xml:space="preserve"> </w:t>
            </w:r>
          </w:p>
        </w:tc>
      </w:tr>
      <w:tr w:rsidR="00033C64" w14:paraId="253B9705" w14:textId="77777777">
        <w:tc>
          <w:tcPr>
            <w:tcW w:w="10656"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752553BD" w14:textId="77777777" w:rsidR="00033C64" w:rsidRDefault="001A1814">
            <w:r>
              <w:rPr>
                <w:color w:val="3A2B3F"/>
                <w:sz w:val="17"/>
              </w:rPr>
              <w:t xml:space="preserve"> </w:t>
            </w:r>
          </w:p>
        </w:tc>
      </w:tr>
      <w:tr w:rsidR="00033C64" w14:paraId="56051E44" w14:textId="77777777">
        <w:tc>
          <w:tcPr>
            <w:tcW w:w="10656"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554EF5F4" w14:textId="77777777" w:rsidR="00033C64" w:rsidRDefault="001A1814">
            <w:r>
              <w:rPr>
                <w:color w:val="3A2B3F"/>
                <w:sz w:val="17"/>
              </w:rPr>
              <w:t xml:space="preserve"> </w:t>
            </w:r>
          </w:p>
        </w:tc>
      </w:tr>
    </w:tbl>
    <w:p w14:paraId="4DDBEF00" w14:textId="77777777" w:rsidR="00033C64" w:rsidRDefault="001A1814">
      <w:r>
        <w:br w:type="page"/>
      </w:r>
    </w:p>
    <w:p w14:paraId="264C49D5" w14:textId="77777777" w:rsidR="00033C64" w:rsidRDefault="001A1814">
      <w:pPr>
        <w:pBdr>
          <w:bottom w:val="single" w:sz="12" w:space="3" w:color="F07A8A"/>
        </w:pBdr>
        <w:spacing w:before="60" w:after="100"/>
      </w:pPr>
      <w:r>
        <w:rPr>
          <w:b/>
          <w:color w:val="3A2B3F"/>
          <w:sz w:val="26"/>
        </w:rPr>
        <w:lastRenderedPageBreak/>
        <w:t>5. Safety, Safeguarding and Risk Screening</w:t>
      </w:r>
    </w:p>
    <w:p w14:paraId="0FDB07A1" w14:textId="77777777" w:rsidR="00033C64" w:rsidRDefault="001A1814">
      <w:pPr>
        <w:spacing w:after="80"/>
      </w:pPr>
      <w:r>
        <w:rPr>
          <w:color w:val="6B5B73"/>
          <w:sz w:val="17"/>
        </w:rPr>
        <w:t>Ask directly where appropriate and record what is known. If immediate danger is identified, use emergency/statutory routes before referral processing.</w:t>
      </w:r>
    </w:p>
    <w:p w14:paraId="5ECCC476" w14:textId="77777777" w:rsidR="00033C64" w:rsidRDefault="001A1814">
      <w:pPr>
        <w:pBdr>
          <w:bottom w:val="single" w:sz="12" w:space="3" w:color="CDB4DB"/>
        </w:pBdr>
        <w:spacing w:before="60" w:after="100"/>
      </w:pPr>
      <w:r>
        <w:rPr>
          <w:b/>
          <w:color w:val="3A2B3F"/>
          <w:sz w:val="26"/>
        </w:rPr>
        <w:t>Risk indicators – current or historical</w:t>
      </w:r>
    </w:p>
    <w:tbl>
      <w:tblPr>
        <w:tblW w:w="0" w:type="auto"/>
        <w:jc w:val="center"/>
        <w:tblLook w:val="04A0" w:firstRow="1" w:lastRow="0" w:firstColumn="1" w:lastColumn="0" w:noHBand="0" w:noVBand="1"/>
      </w:tblPr>
      <w:tblGrid>
        <w:gridCol w:w="5323"/>
        <w:gridCol w:w="5323"/>
      </w:tblGrid>
      <w:tr w:rsidR="00033C64" w14:paraId="0A536DC3" w14:textId="77777777">
        <w:trPr>
          <w:jc w:val="center"/>
        </w:trPr>
        <w:tc>
          <w:tcPr>
            <w:tcW w:w="5328" w:type="dxa"/>
            <w:tcBorders>
              <w:top w:val="single" w:sz="4" w:space="0" w:color="D9D0DE"/>
              <w:left w:val="single" w:sz="4" w:space="0" w:color="D9D0DE"/>
              <w:bottom w:val="single" w:sz="4" w:space="0" w:color="D9D0DE"/>
              <w:right w:val="single" w:sz="4" w:space="0" w:color="D9D0DE"/>
            </w:tcBorders>
            <w:shd w:val="clear" w:color="auto" w:fill="FFF0F2"/>
            <w:vAlign w:val="center"/>
          </w:tcPr>
          <w:p w14:paraId="0A87A33F" w14:textId="77777777" w:rsidR="00033C64" w:rsidRDefault="001A1814">
            <w:pPr>
              <w:spacing w:after="0"/>
            </w:pPr>
            <w:r>
              <w:rPr>
                <w:color w:val="3A2B3F"/>
                <w:sz w:val="17"/>
              </w:rPr>
              <w:t>□  Current or recent self-harm</w:t>
            </w:r>
          </w:p>
        </w:tc>
        <w:tc>
          <w:tcPr>
            <w:tcW w:w="5328" w:type="dxa"/>
            <w:tcBorders>
              <w:top w:val="single" w:sz="4" w:space="0" w:color="D9D0DE"/>
              <w:left w:val="single" w:sz="4" w:space="0" w:color="D9D0DE"/>
              <w:bottom w:val="single" w:sz="4" w:space="0" w:color="D9D0DE"/>
              <w:right w:val="single" w:sz="4" w:space="0" w:color="D9D0DE"/>
            </w:tcBorders>
            <w:vAlign w:val="center"/>
          </w:tcPr>
          <w:p w14:paraId="0BE5222F" w14:textId="77777777" w:rsidR="00033C64" w:rsidRDefault="001A1814">
            <w:pPr>
              <w:spacing w:after="0"/>
            </w:pPr>
            <w:r>
              <w:rPr>
                <w:color w:val="3A2B3F"/>
                <w:sz w:val="17"/>
              </w:rPr>
              <w:t>□  Suicidal thoughts</w:t>
            </w:r>
          </w:p>
        </w:tc>
      </w:tr>
      <w:tr w:rsidR="00033C64" w14:paraId="7F48EBD6" w14:textId="77777777">
        <w:trPr>
          <w:jc w:val="center"/>
        </w:trPr>
        <w:tc>
          <w:tcPr>
            <w:tcW w:w="5328" w:type="dxa"/>
            <w:tcBorders>
              <w:top w:val="single" w:sz="4" w:space="0" w:color="D9D0DE"/>
              <w:left w:val="single" w:sz="4" w:space="0" w:color="D9D0DE"/>
              <w:bottom w:val="single" w:sz="4" w:space="0" w:color="D9D0DE"/>
              <w:right w:val="single" w:sz="4" w:space="0" w:color="D9D0DE"/>
            </w:tcBorders>
            <w:vAlign w:val="center"/>
          </w:tcPr>
          <w:p w14:paraId="1E7AEA4F" w14:textId="77777777" w:rsidR="00033C64" w:rsidRDefault="001A1814">
            <w:pPr>
              <w:spacing w:after="0"/>
            </w:pPr>
            <w:r>
              <w:rPr>
                <w:color w:val="3A2B3F"/>
                <w:sz w:val="17"/>
              </w:rPr>
              <w:t>□  Suicide plan or intent</w:t>
            </w:r>
          </w:p>
        </w:tc>
        <w:tc>
          <w:tcPr>
            <w:tcW w:w="5328" w:type="dxa"/>
            <w:tcBorders>
              <w:top w:val="single" w:sz="4" w:space="0" w:color="D9D0DE"/>
              <w:left w:val="single" w:sz="4" w:space="0" w:color="D9D0DE"/>
              <w:bottom w:val="single" w:sz="4" w:space="0" w:color="D9D0DE"/>
              <w:right w:val="single" w:sz="4" w:space="0" w:color="D9D0DE"/>
            </w:tcBorders>
            <w:shd w:val="clear" w:color="auto" w:fill="FFF0F2"/>
            <w:vAlign w:val="center"/>
          </w:tcPr>
          <w:p w14:paraId="331D72E3" w14:textId="77777777" w:rsidR="00033C64" w:rsidRDefault="001A1814">
            <w:pPr>
              <w:spacing w:after="0"/>
            </w:pPr>
            <w:r>
              <w:rPr>
                <w:color w:val="3A2B3F"/>
                <w:sz w:val="17"/>
              </w:rPr>
              <w:t>□  Previous suicide attempt</w:t>
            </w:r>
          </w:p>
        </w:tc>
      </w:tr>
      <w:tr w:rsidR="00033C64" w14:paraId="18D234F2" w14:textId="77777777">
        <w:trPr>
          <w:jc w:val="center"/>
        </w:trPr>
        <w:tc>
          <w:tcPr>
            <w:tcW w:w="5328" w:type="dxa"/>
            <w:tcBorders>
              <w:top w:val="single" w:sz="4" w:space="0" w:color="D9D0DE"/>
              <w:left w:val="single" w:sz="4" w:space="0" w:color="D9D0DE"/>
              <w:bottom w:val="single" w:sz="4" w:space="0" w:color="D9D0DE"/>
              <w:right w:val="single" w:sz="4" w:space="0" w:color="D9D0DE"/>
            </w:tcBorders>
            <w:shd w:val="clear" w:color="auto" w:fill="FFF0F2"/>
            <w:vAlign w:val="center"/>
          </w:tcPr>
          <w:p w14:paraId="432832FA" w14:textId="77777777" w:rsidR="00033C64" w:rsidRDefault="001A1814">
            <w:pPr>
              <w:spacing w:after="0"/>
            </w:pPr>
            <w:r>
              <w:rPr>
                <w:color w:val="3A2B3F"/>
                <w:sz w:val="17"/>
              </w:rPr>
              <w:t>□  Overdose or serious injury</w:t>
            </w:r>
          </w:p>
        </w:tc>
        <w:tc>
          <w:tcPr>
            <w:tcW w:w="5328" w:type="dxa"/>
            <w:tcBorders>
              <w:top w:val="single" w:sz="4" w:space="0" w:color="D9D0DE"/>
              <w:left w:val="single" w:sz="4" w:space="0" w:color="D9D0DE"/>
              <w:bottom w:val="single" w:sz="4" w:space="0" w:color="D9D0DE"/>
              <w:right w:val="single" w:sz="4" w:space="0" w:color="D9D0DE"/>
            </w:tcBorders>
            <w:vAlign w:val="center"/>
          </w:tcPr>
          <w:p w14:paraId="760FDBEE" w14:textId="77777777" w:rsidR="00033C64" w:rsidRDefault="001A1814">
            <w:pPr>
              <w:spacing w:after="0"/>
            </w:pPr>
            <w:r>
              <w:rPr>
                <w:color w:val="3A2B3F"/>
                <w:sz w:val="17"/>
              </w:rPr>
              <w:t>□  Risk of harm to others</w:t>
            </w:r>
          </w:p>
        </w:tc>
      </w:tr>
      <w:tr w:rsidR="00033C64" w14:paraId="248C0ED5" w14:textId="77777777">
        <w:trPr>
          <w:jc w:val="center"/>
        </w:trPr>
        <w:tc>
          <w:tcPr>
            <w:tcW w:w="5328" w:type="dxa"/>
            <w:tcBorders>
              <w:top w:val="single" w:sz="4" w:space="0" w:color="D9D0DE"/>
              <w:left w:val="single" w:sz="4" w:space="0" w:color="D9D0DE"/>
              <w:bottom w:val="single" w:sz="4" w:space="0" w:color="D9D0DE"/>
              <w:right w:val="single" w:sz="4" w:space="0" w:color="D9D0DE"/>
            </w:tcBorders>
            <w:vAlign w:val="center"/>
          </w:tcPr>
          <w:p w14:paraId="14F865DC" w14:textId="77777777" w:rsidR="00033C64" w:rsidRDefault="001A1814">
            <w:pPr>
              <w:spacing w:after="0"/>
            </w:pPr>
            <w:r>
              <w:rPr>
                <w:color w:val="3A2B3F"/>
                <w:sz w:val="17"/>
              </w:rPr>
              <w:t>□  Severe deterioration or crisis presentation</w:t>
            </w:r>
          </w:p>
        </w:tc>
        <w:tc>
          <w:tcPr>
            <w:tcW w:w="5328" w:type="dxa"/>
            <w:tcBorders>
              <w:top w:val="single" w:sz="4" w:space="0" w:color="D9D0DE"/>
              <w:left w:val="single" w:sz="4" w:space="0" w:color="D9D0DE"/>
              <w:bottom w:val="single" w:sz="4" w:space="0" w:color="D9D0DE"/>
              <w:right w:val="single" w:sz="4" w:space="0" w:color="D9D0DE"/>
            </w:tcBorders>
            <w:shd w:val="clear" w:color="auto" w:fill="FFF0F2"/>
            <w:vAlign w:val="center"/>
          </w:tcPr>
          <w:p w14:paraId="4312BBD4" w14:textId="77777777" w:rsidR="00033C64" w:rsidRDefault="001A1814">
            <w:pPr>
              <w:spacing w:after="0"/>
            </w:pPr>
            <w:r>
              <w:rPr>
                <w:color w:val="3A2B3F"/>
                <w:sz w:val="17"/>
              </w:rPr>
              <w:t>□  Psychosis indicators / voices</w:t>
            </w:r>
          </w:p>
        </w:tc>
      </w:tr>
      <w:tr w:rsidR="00033C64" w14:paraId="00E3A648" w14:textId="77777777">
        <w:trPr>
          <w:jc w:val="center"/>
        </w:trPr>
        <w:tc>
          <w:tcPr>
            <w:tcW w:w="5328" w:type="dxa"/>
            <w:tcBorders>
              <w:top w:val="single" w:sz="4" w:space="0" w:color="D9D0DE"/>
              <w:left w:val="single" w:sz="4" w:space="0" w:color="D9D0DE"/>
              <w:bottom w:val="single" w:sz="4" w:space="0" w:color="D9D0DE"/>
              <w:right w:val="single" w:sz="4" w:space="0" w:color="D9D0DE"/>
            </w:tcBorders>
            <w:shd w:val="clear" w:color="auto" w:fill="FFF0F2"/>
            <w:vAlign w:val="center"/>
          </w:tcPr>
          <w:p w14:paraId="672B273E" w14:textId="77777777" w:rsidR="00033C64" w:rsidRDefault="001A1814">
            <w:pPr>
              <w:spacing w:after="0"/>
            </w:pPr>
            <w:r>
              <w:rPr>
                <w:color w:val="3A2B3F"/>
                <w:sz w:val="17"/>
              </w:rPr>
              <w:t>□  Domestic abuse exposure or harmful relationship</w:t>
            </w:r>
          </w:p>
        </w:tc>
        <w:tc>
          <w:tcPr>
            <w:tcW w:w="5328" w:type="dxa"/>
            <w:tcBorders>
              <w:top w:val="single" w:sz="4" w:space="0" w:color="D9D0DE"/>
              <w:left w:val="single" w:sz="4" w:space="0" w:color="D9D0DE"/>
              <w:bottom w:val="single" w:sz="4" w:space="0" w:color="D9D0DE"/>
              <w:right w:val="single" w:sz="4" w:space="0" w:color="D9D0DE"/>
            </w:tcBorders>
            <w:vAlign w:val="center"/>
          </w:tcPr>
          <w:p w14:paraId="505E86D2" w14:textId="77777777" w:rsidR="00033C64" w:rsidRDefault="001A1814">
            <w:pPr>
              <w:spacing w:after="0"/>
            </w:pPr>
            <w:r>
              <w:rPr>
                <w:color w:val="3A2B3F"/>
                <w:sz w:val="17"/>
              </w:rPr>
              <w:t>□  Current abuse, neglect or unsafe home context</w:t>
            </w:r>
          </w:p>
        </w:tc>
      </w:tr>
      <w:tr w:rsidR="00033C64" w14:paraId="452B5628" w14:textId="77777777">
        <w:trPr>
          <w:jc w:val="center"/>
        </w:trPr>
        <w:tc>
          <w:tcPr>
            <w:tcW w:w="5328" w:type="dxa"/>
            <w:tcBorders>
              <w:top w:val="single" w:sz="4" w:space="0" w:color="D9D0DE"/>
              <w:left w:val="single" w:sz="4" w:space="0" w:color="D9D0DE"/>
              <w:bottom w:val="single" w:sz="4" w:space="0" w:color="D9D0DE"/>
              <w:right w:val="single" w:sz="4" w:space="0" w:color="D9D0DE"/>
            </w:tcBorders>
            <w:vAlign w:val="center"/>
          </w:tcPr>
          <w:p w14:paraId="589967DC" w14:textId="77777777" w:rsidR="00033C64" w:rsidRDefault="001A1814">
            <w:pPr>
              <w:spacing w:after="0"/>
            </w:pPr>
            <w:r>
              <w:rPr>
                <w:color w:val="3A2B3F"/>
                <w:sz w:val="17"/>
              </w:rPr>
              <w:t>□  Child sexual exploitation concern</w:t>
            </w:r>
          </w:p>
        </w:tc>
        <w:tc>
          <w:tcPr>
            <w:tcW w:w="5328" w:type="dxa"/>
            <w:tcBorders>
              <w:top w:val="single" w:sz="4" w:space="0" w:color="D9D0DE"/>
              <w:left w:val="single" w:sz="4" w:space="0" w:color="D9D0DE"/>
              <w:bottom w:val="single" w:sz="4" w:space="0" w:color="D9D0DE"/>
              <w:right w:val="single" w:sz="4" w:space="0" w:color="D9D0DE"/>
            </w:tcBorders>
            <w:shd w:val="clear" w:color="auto" w:fill="FFF0F2"/>
            <w:vAlign w:val="center"/>
          </w:tcPr>
          <w:p w14:paraId="60A6D302" w14:textId="77777777" w:rsidR="00033C64" w:rsidRDefault="001A1814">
            <w:pPr>
              <w:spacing w:after="0"/>
            </w:pPr>
            <w:r>
              <w:rPr>
                <w:color w:val="3A2B3F"/>
                <w:sz w:val="17"/>
              </w:rPr>
              <w:t>□  Criminal exploitation / county lines concern</w:t>
            </w:r>
          </w:p>
        </w:tc>
      </w:tr>
      <w:tr w:rsidR="00033C64" w14:paraId="2E596BC5" w14:textId="77777777">
        <w:trPr>
          <w:jc w:val="center"/>
        </w:trPr>
        <w:tc>
          <w:tcPr>
            <w:tcW w:w="5328" w:type="dxa"/>
            <w:tcBorders>
              <w:top w:val="single" w:sz="4" w:space="0" w:color="D9D0DE"/>
              <w:left w:val="single" w:sz="4" w:space="0" w:color="D9D0DE"/>
              <w:bottom w:val="single" w:sz="4" w:space="0" w:color="D9D0DE"/>
              <w:right w:val="single" w:sz="4" w:space="0" w:color="D9D0DE"/>
            </w:tcBorders>
            <w:shd w:val="clear" w:color="auto" w:fill="FFF0F2"/>
            <w:vAlign w:val="center"/>
          </w:tcPr>
          <w:p w14:paraId="1D4738F5" w14:textId="77777777" w:rsidR="00033C64" w:rsidRDefault="001A1814">
            <w:pPr>
              <w:spacing w:after="0"/>
            </w:pPr>
            <w:r>
              <w:rPr>
                <w:color w:val="3A2B3F"/>
                <w:sz w:val="17"/>
              </w:rPr>
              <w:t>□  Missing episodes</w:t>
            </w:r>
          </w:p>
        </w:tc>
        <w:tc>
          <w:tcPr>
            <w:tcW w:w="5328" w:type="dxa"/>
            <w:tcBorders>
              <w:top w:val="single" w:sz="4" w:space="0" w:color="D9D0DE"/>
              <w:left w:val="single" w:sz="4" w:space="0" w:color="D9D0DE"/>
              <w:bottom w:val="single" w:sz="4" w:space="0" w:color="D9D0DE"/>
              <w:right w:val="single" w:sz="4" w:space="0" w:color="D9D0DE"/>
            </w:tcBorders>
            <w:vAlign w:val="center"/>
          </w:tcPr>
          <w:p w14:paraId="4387B0D2" w14:textId="77777777" w:rsidR="00033C64" w:rsidRDefault="001A1814">
            <w:pPr>
              <w:spacing w:after="0"/>
            </w:pPr>
            <w:r>
              <w:rPr>
                <w:color w:val="3A2B3F"/>
                <w:sz w:val="17"/>
              </w:rPr>
              <w:t>□  Unsafe adults or peers</w:t>
            </w:r>
          </w:p>
        </w:tc>
      </w:tr>
      <w:tr w:rsidR="00033C64" w14:paraId="1B85CA6B" w14:textId="77777777">
        <w:trPr>
          <w:jc w:val="center"/>
        </w:trPr>
        <w:tc>
          <w:tcPr>
            <w:tcW w:w="5328" w:type="dxa"/>
            <w:tcBorders>
              <w:top w:val="single" w:sz="4" w:space="0" w:color="D9D0DE"/>
              <w:left w:val="single" w:sz="4" w:space="0" w:color="D9D0DE"/>
              <w:bottom w:val="single" w:sz="4" w:space="0" w:color="D9D0DE"/>
              <w:right w:val="single" w:sz="4" w:space="0" w:color="D9D0DE"/>
            </w:tcBorders>
            <w:vAlign w:val="center"/>
          </w:tcPr>
          <w:p w14:paraId="496A394C" w14:textId="77777777" w:rsidR="00033C64" w:rsidRDefault="001A1814">
            <w:pPr>
              <w:spacing w:after="0"/>
            </w:pPr>
            <w:r>
              <w:rPr>
                <w:color w:val="3A2B3F"/>
                <w:sz w:val="17"/>
              </w:rPr>
              <w:t>□  Substance-related risk</w:t>
            </w:r>
          </w:p>
        </w:tc>
        <w:tc>
          <w:tcPr>
            <w:tcW w:w="5328" w:type="dxa"/>
            <w:tcBorders>
              <w:top w:val="single" w:sz="4" w:space="0" w:color="D9D0DE"/>
              <w:left w:val="single" w:sz="4" w:space="0" w:color="D9D0DE"/>
              <w:bottom w:val="single" w:sz="4" w:space="0" w:color="D9D0DE"/>
              <w:right w:val="single" w:sz="4" w:space="0" w:color="D9D0DE"/>
            </w:tcBorders>
            <w:shd w:val="clear" w:color="auto" w:fill="FFF0F2"/>
            <w:vAlign w:val="center"/>
          </w:tcPr>
          <w:p w14:paraId="409BCF73" w14:textId="77777777" w:rsidR="00033C64" w:rsidRDefault="001A1814">
            <w:pPr>
              <w:spacing w:after="0"/>
            </w:pPr>
            <w:r>
              <w:rPr>
                <w:color w:val="3A2B3F"/>
                <w:sz w:val="17"/>
              </w:rPr>
              <w:t>□  Police / youth justice involvement</w:t>
            </w:r>
          </w:p>
        </w:tc>
      </w:tr>
    </w:tbl>
    <w:p w14:paraId="7A992540" w14:textId="77777777" w:rsidR="00033C64" w:rsidRDefault="001A1814">
      <w:pPr>
        <w:spacing w:before="40" w:after="40"/>
      </w:pPr>
      <w:r>
        <w:rPr>
          <w:b/>
          <w:color w:val="3A2B3F"/>
          <w:sz w:val="17"/>
        </w:rPr>
        <w:t>Details of any safeguarding concern, current/historical risk, protective action already taken and professionals involved:</w:t>
      </w:r>
    </w:p>
    <w:tbl>
      <w:tblPr>
        <w:tblW w:w="0" w:type="auto"/>
        <w:tblLook w:val="04A0" w:firstRow="1" w:lastRow="0" w:firstColumn="1" w:lastColumn="0" w:noHBand="0" w:noVBand="1"/>
      </w:tblPr>
      <w:tblGrid>
        <w:gridCol w:w="3548"/>
        <w:gridCol w:w="3549"/>
        <w:gridCol w:w="3549"/>
      </w:tblGrid>
      <w:tr w:rsidR="00033C64" w14:paraId="7E235B9D" w14:textId="77777777">
        <w:tc>
          <w:tcPr>
            <w:tcW w:w="10656" w:type="dxa"/>
            <w:gridSpan w:val="3"/>
            <w:tcBorders>
              <w:top w:val="single" w:sz="4" w:space="0" w:color="D9D0DE"/>
              <w:left w:val="single" w:sz="4" w:space="0" w:color="D9D0DE"/>
              <w:bottom w:val="single" w:sz="4" w:space="0" w:color="D9D0DE"/>
              <w:right w:val="single" w:sz="4" w:space="0" w:color="D9D0DE"/>
            </w:tcBorders>
            <w:shd w:val="clear" w:color="auto" w:fill="F7F7F7"/>
            <w:vAlign w:val="center"/>
          </w:tcPr>
          <w:p w14:paraId="66AC4DF1" w14:textId="77777777" w:rsidR="00033C64" w:rsidRDefault="001A1814">
            <w:r>
              <w:rPr>
                <w:color w:val="3A2B3F"/>
                <w:sz w:val="17"/>
              </w:rPr>
              <w:t xml:space="preserve"> </w:t>
            </w:r>
          </w:p>
        </w:tc>
      </w:tr>
      <w:tr w:rsidR="00033C64" w14:paraId="131F8F3A" w14:textId="77777777">
        <w:tc>
          <w:tcPr>
            <w:tcW w:w="10656" w:type="dxa"/>
            <w:gridSpan w:val="3"/>
            <w:tcBorders>
              <w:top w:val="single" w:sz="4" w:space="0" w:color="D9D0DE"/>
              <w:left w:val="single" w:sz="4" w:space="0" w:color="D9D0DE"/>
              <w:bottom w:val="single" w:sz="4" w:space="0" w:color="D9D0DE"/>
              <w:right w:val="single" w:sz="4" w:space="0" w:color="D9D0DE"/>
            </w:tcBorders>
            <w:shd w:val="clear" w:color="auto" w:fill="F7F7F7"/>
            <w:vAlign w:val="center"/>
          </w:tcPr>
          <w:p w14:paraId="455E230F" w14:textId="77777777" w:rsidR="00033C64" w:rsidRDefault="001A1814">
            <w:r>
              <w:rPr>
                <w:color w:val="3A2B3F"/>
                <w:sz w:val="17"/>
              </w:rPr>
              <w:t xml:space="preserve"> </w:t>
            </w:r>
          </w:p>
        </w:tc>
      </w:tr>
      <w:tr w:rsidR="00033C64" w14:paraId="0A8DB014" w14:textId="77777777">
        <w:tc>
          <w:tcPr>
            <w:tcW w:w="10656" w:type="dxa"/>
            <w:gridSpan w:val="3"/>
            <w:tcBorders>
              <w:top w:val="single" w:sz="4" w:space="0" w:color="D9D0DE"/>
              <w:left w:val="single" w:sz="4" w:space="0" w:color="D9D0DE"/>
              <w:bottom w:val="single" w:sz="4" w:space="0" w:color="D9D0DE"/>
              <w:right w:val="single" w:sz="4" w:space="0" w:color="D9D0DE"/>
            </w:tcBorders>
            <w:shd w:val="clear" w:color="auto" w:fill="F7F7F7"/>
            <w:vAlign w:val="center"/>
          </w:tcPr>
          <w:p w14:paraId="03D8BA8D" w14:textId="77777777" w:rsidR="00033C64" w:rsidRDefault="001A1814">
            <w:r>
              <w:rPr>
                <w:color w:val="3A2B3F"/>
                <w:sz w:val="17"/>
              </w:rPr>
              <w:t xml:space="preserve"> </w:t>
            </w:r>
          </w:p>
        </w:tc>
      </w:tr>
      <w:tr w:rsidR="00033C64" w14:paraId="69A0658A" w14:textId="77777777">
        <w:tc>
          <w:tcPr>
            <w:tcW w:w="10656" w:type="dxa"/>
            <w:gridSpan w:val="3"/>
            <w:tcBorders>
              <w:top w:val="single" w:sz="4" w:space="0" w:color="D9D0DE"/>
              <w:left w:val="single" w:sz="4" w:space="0" w:color="D9D0DE"/>
              <w:bottom w:val="single" w:sz="4" w:space="0" w:color="D9D0DE"/>
              <w:right w:val="single" w:sz="4" w:space="0" w:color="D9D0DE"/>
            </w:tcBorders>
            <w:shd w:val="clear" w:color="auto" w:fill="F7F7F7"/>
            <w:vAlign w:val="center"/>
          </w:tcPr>
          <w:p w14:paraId="2EA285AA" w14:textId="77777777" w:rsidR="00033C64" w:rsidRDefault="001A1814">
            <w:r>
              <w:rPr>
                <w:color w:val="3A2B3F"/>
                <w:sz w:val="17"/>
              </w:rPr>
              <w:t xml:space="preserve"> </w:t>
            </w:r>
          </w:p>
        </w:tc>
      </w:tr>
      <w:tr w:rsidR="00033C64" w14:paraId="58BC89FB" w14:textId="77777777">
        <w:tc>
          <w:tcPr>
            <w:tcW w:w="10656" w:type="dxa"/>
            <w:gridSpan w:val="3"/>
            <w:tcBorders>
              <w:top w:val="single" w:sz="4" w:space="0" w:color="D9D0DE"/>
              <w:left w:val="single" w:sz="4" w:space="0" w:color="D9D0DE"/>
              <w:bottom w:val="single" w:sz="4" w:space="0" w:color="D9D0DE"/>
              <w:right w:val="single" w:sz="4" w:space="0" w:color="D9D0DE"/>
            </w:tcBorders>
            <w:shd w:val="clear" w:color="auto" w:fill="F7F7F7"/>
            <w:vAlign w:val="center"/>
          </w:tcPr>
          <w:p w14:paraId="70945AB8" w14:textId="77777777" w:rsidR="00033C64" w:rsidRDefault="001A1814">
            <w:r>
              <w:rPr>
                <w:color w:val="3A2B3F"/>
                <w:sz w:val="17"/>
              </w:rPr>
              <w:t xml:space="preserve"> </w:t>
            </w:r>
          </w:p>
        </w:tc>
      </w:tr>
      <w:tr w:rsidR="00033C64" w14:paraId="03E442C1" w14:textId="77777777">
        <w:tblPrEx>
          <w:jc w:val="center"/>
        </w:tblPrEx>
        <w:trPr>
          <w:jc w:val="center"/>
        </w:trPr>
        <w:tc>
          <w:tcPr>
            <w:tcW w:w="3552" w:type="dxa"/>
            <w:tcBorders>
              <w:top w:val="single" w:sz="4" w:space="0" w:color="D9D0DE"/>
              <w:left w:val="single" w:sz="4" w:space="0" w:color="D9D0DE"/>
              <w:bottom w:val="single" w:sz="4" w:space="0" w:color="D9D0DE"/>
              <w:right w:val="single" w:sz="4" w:space="0" w:color="D9D0DE"/>
            </w:tcBorders>
            <w:shd w:val="clear" w:color="auto" w:fill="3A2B3F"/>
            <w:vAlign w:val="center"/>
          </w:tcPr>
          <w:p w14:paraId="636423D1" w14:textId="77777777" w:rsidR="00033C64" w:rsidRDefault="001A1814">
            <w:pPr>
              <w:spacing w:after="0"/>
            </w:pPr>
            <w:r>
              <w:rPr>
                <w:b/>
                <w:color w:val="3A2B3F"/>
                <w:sz w:val="17"/>
              </w:rPr>
              <w:t>Area</w:t>
            </w:r>
          </w:p>
        </w:tc>
        <w:tc>
          <w:tcPr>
            <w:tcW w:w="3552" w:type="dxa"/>
            <w:tcBorders>
              <w:top w:val="single" w:sz="4" w:space="0" w:color="D9D0DE"/>
              <w:left w:val="single" w:sz="4" w:space="0" w:color="D9D0DE"/>
              <w:bottom w:val="single" w:sz="4" w:space="0" w:color="D9D0DE"/>
              <w:right w:val="single" w:sz="4" w:space="0" w:color="D9D0DE"/>
            </w:tcBorders>
            <w:shd w:val="clear" w:color="auto" w:fill="3A2B3F"/>
            <w:vAlign w:val="center"/>
          </w:tcPr>
          <w:p w14:paraId="75817821" w14:textId="77777777" w:rsidR="00033C64" w:rsidRDefault="001A1814">
            <w:pPr>
              <w:spacing w:after="0"/>
            </w:pPr>
            <w:r>
              <w:rPr>
                <w:b/>
                <w:color w:val="3A2B3F"/>
                <w:sz w:val="17"/>
              </w:rPr>
              <w:t>Current</w:t>
            </w:r>
          </w:p>
        </w:tc>
        <w:tc>
          <w:tcPr>
            <w:tcW w:w="3552" w:type="dxa"/>
            <w:tcBorders>
              <w:top w:val="single" w:sz="4" w:space="0" w:color="D9D0DE"/>
              <w:left w:val="single" w:sz="4" w:space="0" w:color="D9D0DE"/>
              <w:bottom w:val="single" w:sz="4" w:space="0" w:color="D9D0DE"/>
              <w:right w:val="single" w:sz="4" w:space="0" w:color="D9D0DE"/>
            </w:tcBorders>
            <w:shd w:val="clear" w:color="auto" w:fill="3A2B3F"/>
            <w:vAlign w:val="center"/>
          </w:tcPr>
          <w:p w14:paraId="67F42DD1" w14:textId="77777777" w:rsidR="00033C64" w:rsidRDefault="001A1814">
            <w:pPr>
              <w:spacing w:after="0"/>
            </w:pPr>
            <w:r>
              <w:rPr>
                <w:b/>
                <w:color w:val="3A2B3F"/>
                <w:sz w:val="17"/>
              </w:rPr>
              <w:t>Historical / previous</w:t>
            </w:r>
          </w:p>
        </w:tc>
      </w:tr>
      <w:tr w:rsidR="00033C64" w14:paraId="2868DA5A" w14:textId="77777777">
        <w:tblPrEx>
          <w:jc w:val="center"/>
        </w:tblPrEx>
        <w:trPr>
          <w:jc w:val="center"/>
        </w:trPr>
        <w:tc>
          <w:tcPr>
            <w:tcW w:w="3552"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7E918E90" w14:textId="77777777" w:rsidR="00033C64" w:rsidRDefault="001A1814">
            <w:pPr>
              <w:spacing w:after="0"/>
            </w:pPr>
            <w:r>
              <w:rPr>
                <w:b/>
                <w:color w:val="3A2B3F"/>
                <w:sz w:val="17"/>
              </w:rPr>
              <w:t>Risk to self / self-harm / suicide</w:t>
            </w:r>
          </w:p>
        </w:tc>
        <w:tc>
          <w:tcPr>
            <w:tcW w:w="3552"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1D527AAF" w14:textId="77777777" w:rsidR="00033C64" w:rsidRDefault="001A1814">
            <w:pPr>
              <w:spacing w:after="0"/>
              <w:jc w:val="center"/>
            </w:pPr>
            <w:r>
              <w:rPr>
                <w:color w:val="3A2B3F"/>
                <w:sz w:val="17"/>
              </w:rPr>
              <w:t>□ Yes  □ No  □ Unknown</w:t>
            </w:r>
          </w:p>
        </w:tc>
        <w:tc>
          <w:tcPr>
            <w:tcW w:w="3552"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6EA0EE81" w14:textId="77777777" w:rsidR="00033C64" w:rsidRDefault="001A1814">
            <w:pPr>
              <w:spacing w:after="0"/>
              <w:jc w:val="center"/>
            </w:pPr>
            <w:r>
              <w:rPr>
                <w:color w:val="3A2B3F"/>
                <w:sz w:val="17"/>
              </w:rPr>
              <w:t>□ Yes  □ No  □ Unknown</w:t>
            </w:r>
          </w:p>
        </w:tc>
      </w:tr>
      <w:tr w:rsidR="00033C64" w14:paraId="445C2DFE" w14:textId="77777777">
        <w:tblPrEx>
          <w:jc w:val="center"/>
        </w:tblPrEx>
        <w:trPr>
          <w:jc w:val="center"/>
        </w:trPr>
        <w:tc>
          <w:tcPr>
            <w:tcW w:w="3552" w:type="dxa"/>
            <w:tcBorders>
              <w:top w:val="single" w:sz="4" w:space="0" w:color="D9D0DE"/>
              <w:left w:val="single" w:sz="4" w:space="0" w:color="D9D0DE"/>
              <w:bottom w:val="single" w:sz="4" w:space="0" w:color="D9D0DE"/>
              <w:right w:val="single" w:sz="4" w:space="0" w:color="D9D0DE"/>
            </w:tcBorders>
            <w:vAlign w:val="center"/>
          </w:tcPr>
          <w:p w14:paraId="565194A7" w14:textId="77777777" w:rsidR="00033C64" w:rsidRDefault="001A1814">
            <w:pPr>
              <w:spacing w:after="0"/>
            </w:pPr>
            <w:r>
              <w:rPr>
                <w:b/>
                <w:color w:val="3A2B3F"/>
                <w:sz w:val="17"/>
              </w:rPr>
              <w:t>Risk from others / abuse / exploitation</w:t>
            </w:r>
          </w:p>
        </w:tc>
        <w:tc>
          <w:tcPr>
            <w:tcW w:w="3552" w:type="dxa"/>
            <w:tcBorders>
              <w:top w:val="single" w:sz="4" w:space="0" w:color="D9D0DE"/>
              <w:left w:val="single" w:sz="4" w:space="0" w:color="D9D0DE"/>
              <w:bottom w:val="single" w:sz="4" w:space="0" w:color="D9D0DE"/>
              <w:right w:val="single" w:sz="4" w:space="0" w:color="D9D0DE"/>
            </w:tcBorders>
            <w:vAlign w:val="center"/>
          </w:tcPr>
          <w:p w14:paraId="692949C3" w14:textId="77777777" w:rsidR="00033C64" w:rsidRDefault="001A1814">
            <w:pPr>
              <w:spacing w:after="0"/>
              <w:jc w:val="center"/>
            </w:pPr>
            <w:r>
              <w:rPr>
                <w:color w:val="3A2B3F"/>
                <w:sz w:val="17"/>
              </w:rPr>
              <w:t>□ Yes  □ No  □ Unknown</w:t>
            </w:r>
          </w:p>
        </w:tc>
        <w:tc>
          <w:tcPr>
            <w:tcW w:w="3552" w:type="dxa"/>
            <w:tcBorders>
              <w:top w:val="single" w:sz="4" w:space="0" w:color="D9D0DE"/>
              <w:left w:val="single" w:sz="4" w:space="0" w:color="D9D0DE"/>
              <w:bottom w:val="single" w:sz="4" w:space="0" w:color="D9D0DE"/>
              <w:right w:val="single" w:sz="4" w:space="0" w:color="D9D0DE"/>
            </w:tcBorders>
            <w:vAlign w:val="center"/>
          </w:tcPr>
          <w:p w14:paraId="6C9ED991" w14:textId="77777777" w:rsidR="00033C64" w:rsidRDefault="001A1814">
            <w:pPr>
              <w:spacing w:after="0"/>
              <w:jc w:val="center"/>
            </w:pPr>
            <w:r>
              <w:rPr>
                <w:color w:val="3A2B3F"/>
                <w:sz w:val="17"/>
              </w:rPr>
              <w:t>□ Yes  □ No  □ Unknown</w:t>
            </w:r>
          </w:p>
        </w:tc>
      </w:tr>
      <w:tr w:rsidR="00033C64" w14:paraId="0EDC8553" w14:textId="77777777">
        <w:tblPrEx>
          <w:jc w:val="center"/>
        </w:tblPrEx>
        <w:trPr>
          <w:jc w:val="center"/>
        </w:trPr>
        <w:tc>
          <w:tcPr>
            <w:tcW w:w="3552"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5E6A9434" w14:textId="77777777" w:rsidR="00033C64" w:rsidRDefault="001A1814">
            <w:pPr>
              <w:spacing w:after="0"/>
            </w:pPr>
            <w:r>
              <w:rPr>
                <w:b/>
                <w:color w:val="3A2B3F"/>
                <w:sz w:val="17"/>
              </w:rPr>
              <w:t>Risk to staff / other participants</w:t>
            </w:r>
          </w:p>
        </w:tc>
        <w:tc>
          <w:tcPr>
            <w:tcW w:w="3552"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5AD5C196" w14:textId="77777777" w:rsidR="00033C64" w:rsidRDefault="001A1814">
            <w:pPr>
              <w:spacing w:after="0"/>
              <w:jc w:val="center"/>
            </w:pPr>
            <w:r>
              <w:rPr>
                <w:color w:val="3A2B3F"/>
                <w:sz w:val="17"/>
              </w:rPr>
              <w:t>□ Yes  □ No  □ Unknown</w:t>
            </w:r>
          </w:p>
        </w:tc>
        <w:tc>
          <w:tcPr>
            <w:tcW w:w="3552"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13816F7F" w14:textId="77777777" w:rsidR="00033C64" w:rsidRDefault="001A1814">
            <w:pPr>
              <w:spacing w:after="0"/>
              <w:jc w:val="center"/>
            </w:pPr>
            <w:r>
              <w:rPr>
                <w:color w:val="3A2B3F"/>
                <w:sz w:val="17"/>
              </w:rPr>
              <w:t>□ Yes  □ No  □ Unknown</w:t>
            </w:r>
          </w:p>
        </w:tc>
      </w:tr>
    </w:tbl>
    <w:p w14:paraId="22BE26DB" w14:textId="77777777" w:rsidR="00033C64" w:rsidRDefault="001A1814">
      <w:pPr>
        <w:spacing w:before="40" w:after="40"/>
      </w:pPr>
      <w:r>
        <w:rPr>
          <w:b/>
          <w:color w:val="3A2B3F"/>
          <w:sz w:val="17"/>
        </w:rPr>
        <w:t>Immediate safety plan / action required today if any:</w:t>
      </w:r>
    </w:p>
    <w:tbl>
      <w:tblPr>
        <w:tblW w:w="0" w:type="auto"/>
        <w:tblLook w:val="04A0" w:firstRow="1" w:lastRow="0" w:firstColumn="1" w:lastColumn="0" w:noHBand="0" w:noVBand="1"/>
      </w:tblPr>
      <w:tblGrid>
        <w:gridCol w:w="10646"/>
      </w:tblGrid>
      <w:tr w:rsidR="00033C64" w14:paraId="45FB2F13" w14:textId="77777777">
        <w:tc>
          <w:tcPr>
            <w:tcW w:w="10656"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184D15E4" w14:textId="77777777" w:rsidR="00033C64" w:rsidRDefault="001A1814">
            <w:r>
              <w:rPr>
                <w:color w:val="3A2B3F"/>
                <w:sz w:val="17"/>
              </w:rPr>
              <w:t xml:space="preserve"> </w:t>
            </w:r>
          </w:p>
        </w:tc>
      </w:tr>
      <w:tr w:rsidR="00033C64" w14:paraId="63A420E6" w14:textId="77777777">
        <w:tc>
          <w:tcPr>
            <w:tcW w:w="10656"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028EB558" w14:textId="77777777" w:rsidR="00033C64" w:rsidRDefault="001A1814">
            <w:r>
              <w:rPr>
                <w:color w:val="3A2B3F"/>
                <w:sz w:val="17"/>
              </w:rPr>
              <w:t xml:space="preserve"> </w:t>
            </w:r>
          </w:p>
        </w:tc>
      </w:tr>
      <w:tr w:rsidR="00033C64" w14:paraId="66E8DF9A" w14:textId="77777777">
        <w:tc>
          <w:tcPr>
            <w:tcW w:w="10656"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637F08B6" w14:textId="77777777" w:rsidR="00033C64" w:rsidRDefault="001A1814">
            <w:r>
              <w:rPr>
                <w:color w:val="3A2B3F"/>
                <w:sz w:val="17"/>
              </w:rPr>
              <w:t xml:space="preserve"> </w:t>
            </w:r>
          </w:p>
        </w:tc>
      </w:tr>
    </w:tbl>
    <w:p w14:paraId="3461D779" w14:textId="77777777" w:rsidR="00033C64" w:rsidRDefault="001A1814">
      <w:r>
        <w:br w:type="page"/>
      </w:r>
    </w:p>
    <w:p w14:paraId="3E35B8BE" w14:textId="77777777" w:rsidR="00033C64" w:rsidRDefault="001A1814">
      <w:pPr>
        <w:pBdr>
          <w:bottom w:val="single" w:sz="12" w:space="3" w:color="7BC6C4"/>
        </w:pBdr>
        <w:spacing w:before="60" w:after="100"/>
      </w:pPr>
      <w:r>
        <w:rPr>
          <w:b/>
          <w:color w:val="3A2B3F"/>
          <w:sz w:val="26"/>
        </w:rPr>
        <w:lastRenderedPageBreak/>
        <w:t>6. Current Support, Strengths and Barriers</w:t>
      </w:r>
    </w:p>
    <w:p w14:paraId="2FB12254" w14:textId="77777777" w:rsidR="00033C64" w:rsidRDefault="001A1814">
      <w:pPr>
        <w:pBdr>
          <w:bottom w:val="single" w:sz="12" w:space="3" w:color="CDB4DB"/>
        </w:pBdr>
        <w:spacing w:before="60" w:after="100"/>
      </w:pPr>
      <w:r>
        <w:rPr>
          <w:b/>
          <w:color w:val="3A2B3F"/>
          <w:sz w:val="26"/>
        </w:rPr>
        <w:t>Support already in place</w:t>
      </w:r>
    </w:p>
    <w:tbl>
      <w:tblPr>
        <w:tblW w:w="0" w:type="auto"/>
        <w:jc w:val="center"/>
        <w:tblLook w:val="04A0" w:firstRow="1" w:lastRow="0" w:firstColumn="1" w:lastColumn="0" w:noHBand="0" w:noVBand="1"/>
      </w:tblPr>
      <w:tblGrid>
        <w:gridCol w:w="5323"/>
        <w:gridCol w:w="5323"/>
      </w:tblGrid>
      <w:tr w:rsidR="00033C64" w14:paraId="1814E137" w14:textId="77777777">
        <w:trPr>
          <w:jc w:val="center"/>
        </w:trPr>
        <w:tc>
          <w:tcPr>
            <w:tcW w:w="5328" w:type="dxa"/>
            <w:tcBorders>
              <w:top w:val="single" w:sz="4" w:space="0" w:color="D9D0DE"/>
              <w:left w:val="single" w:sz="4" w:space="0" w:color="D9D0DE"/>
              <w:bottom w:val="single" w:sz="4" w:space="0" w:color="D9D0DE"/>
              <w:right w:val="single" w:sz="4" w:space="0" w:color="D9D0DE"/>
            </w:tcBorders>
            <w:shd w:val="clear" w:color="auto" w:fill="E7F7F6"/>
            <w:vAlign w:val="center"/>
          </w:tcPr>
          <w:p w14:paraId="32398AD7" w14:textId="77777777" w:rsidR="00033C64" w:rsidRDefault="001A1814">
            <w:pPr>
              <w:spacing w:after="0"/>
            </w:pPr>
            <w:r>
              <w:rPr>
                <w:color w:val="3A2B3F"/>
                <w:sz w:val="17"/>
              </w:rPr>
              <w:t>□  School / college pastoral support</w:t>
            </w:r>
          </w:p>
        </w:tc>
        <w:tc>
          <w:tcPr>
            <w:tcW w:w="5328" w:type="dxa"/>
            <w:tcBorders>
              <w:top w:val="single" w:sz="4" w:space="0" w:color="D9D0DE"/>
              <w:left w:val="single" w:sz="4" w:space="0" w:color="D9D0DE"/>
              <w:bottom w:val="single" w:sz="4" w:space="0" w:color="D9D0DE"/>
              <w:right w:val="single" w:sz="4" w:space="0" w:color="D9D0DE"/>
            </w:tcBorders>
            <w:vAlign w:val="center"/>
          </w:tcPr>
          <w:p w14:paraId="34E3B8D3" w14:textId="77777777" w:rsidR="00033C64" w:rsidRDefault="001A1814">
            <w:pPr>
              <w:spacing w:after="0"/>
            </w:pPr>
            <w:r>
              <w:rPr>
                <w:color w:val="3A2B3F"/>
                <w:sz w:val="17"/>
              </w:rPr>
              <w:t>□  School counselling / MHST</w:t>
            </w:r>
          </w:p>
        </w:tc>
      </w:tr>
      <w:tr w:rsidR="00033C64" w14:paraId="2854F2C0" w14:textId="77777777">
        <w:trPr>
          <w:jc w:val="center"/>
        </w:trPr>
        <w:tc>
          <w:tcPr>
            <w:tcW w:w="5328" w:type="dxa"/>
            <w:tcBorders>
              <w:top w:val="single" w:sz="4" w:space="0" w:color="D9D0DE"/>
              <w:left w:val="single" w:sz="4" w:space="0" w:color="D9D0DE"/>
              <w:bottom w:val="single" w:sz="4" w:space="0" w:color="D9D0DE"/>
              <w:right w:val="single" w:sz="4" w:space="0" w:color="D9D0DE"/>
            </w:tcBorders>
            <w:vAlign w:val="center"/>
          </w:tcPr>
          <w:p w14:paraId="3955E7D2" w14:textId="77777777" w:rsidR="00033C64" w:rsidRDefault="001A1814">
            <w:pPr>
              <w:spacing w:after="0"/>
            </w:pPr>
            <w:r>
              <w:rPr>
                <w:color w:val="3A2B3F"/>
                <w:sz w:val="17"/>
              </w:rPr>
              <w:t>□  GP</w:t>
            </w:r>
          </w:p>
        </w:tc>
        <w:tc>
          <w:tcPr>
            <w:tcW w:w="5328" w:type="dxa"/>
            <w:tcBorders>
              <w:top w:val="single" w:sz="4" w:space="0" w:color="D9D0DE"/>
              <w:left w:val="single" w:sz="4" w:space="0" w:color="D9D0DE"/>
              <w:bottom w:val="single" w:sz="4" w:space="0" w:color="D9D0DE"/>
              <w:right w:val="single" w:sz="4" w:space="0" w:color="D9D0DE"/>
            </w:tcBorders>
            <w:shd w:val="clear" w:color="auto" w:fill="E7F7F6"/>
            <w:vAlign w:val="center"/>
          </w:tcPr>
          <w:p w14:paraId="63B1B9A7" w14:textId="77777777" w:rsidR="00033C64" w:rsidRDefault="001A1814">
            <w:pPr>
              <w:spacing w:after="0"/>
            </w:pPr>
            <w:r>
              <w:rPr>
                <w:color w:val="3A2B3F"/>
                <w:sz w:val="17"/>
              </w:rPr>
              <w:t>□  CAMHS / NHS mental health service</w:t>
            </w:r>
          </w:p>
        </w:tc>
      </w:tr>
      <w:tr w:rsidR="00033C64" w14:paraId="7ED55076" w14:textId="77777777">
        <w:trPr>
          <w:jc w:val="center"/>
        </w:trPr>
        <w:tc>
          <w:tcPr>
            <w:tcW w:w="5328" w:type="dxa"/>
            <w:tcBorders>
              <w:top w:val="single" w:sz="4" w:space="0" w:color="D9D0DE"/>
              <w:left w:val="single" w:sz="4" w:space="0" w:color="D9D0DE"/>
              <w:bottom w:val="single" w:sz="4" w:space="0" w:color="D9D0DE"/>
              <w:right w:val="single" w:sz="4" w:space="0" w:color="D9D0DE"/>
            </w:tcBorders>
            <w:shd w:val="clear" w:color="auto" w:fill="E7F7F6"/>
            <w:vAlign w:val="center"/>
          </w:tcPr>
          <w:p w14:paraId="3BBA4715" w14:textId="77777777" w:rsidR="00033C64" w:rsidRDefault="001A1814">
            <w:pPr>
              <w:spacing w:after="0"/>
            </w:pPr>
            <w:r>
              <w:rPr>
                <w:color w:val="3A2B3F"/>
                <w:sz w:val="17"/>
              </w:rPr>
              <w:t>□  Early Help</w:t>
            </w:r>
          </w:p>
        </w:tc>
        <w:tc>
          <w:tcPr>
            <w:tcW w:w="5328" w:type="dxa"/>
            <w:tcBorders>
              <w:top w:val="single" w:sz="4" w:space="0" w:color="D9D0DE"/>
              <w:left w:val="single" w:sz="4" w:space="0" w:color="D9D0DE"/>
              <w:bottom w:val="single" w:sz="4" w:space="0" w:color="D9D0DE"/>
              <w:right w:val="single" w:sz="4" w:space="0" w:color="D9D0DE"/>
            </w:tcBorders>
            <w:vAlign w:val="center"/>
          </w:tcPr>
          <w:p w14:paraId="4C13D1D6" w14:textId="77777777" w:rsidR="00033C64" w:rsidRDefault="001A1814">
            <w:pPr>
              <w:spacing w:after="0"/>
            </w:pPr>
            <w:r>
              <w:rPr>
                <w:color w:val="3A2B3F"/>
                <w:sz w:val="17"/>
              </w:rPr>
              <w:t>□  Children’s Social Care</w:t>
            </w:r>
          </w:p>
        </w:tc>
      </w:tr>
      <w:tr w:rsidR="00033C64" w14:paraId="33AFA9F3" w14:textId="77777777">
        <w:trPr>
          <w:jc w:val="center"/>
        </w:trPr>
        <w:tc>
          <w:tcPr>
            <w:tcW w:w="5328" w:type="dxa"/>
            <w:tcBorders>
              <w:top w:val="single" w:sz="4" w:space="0" w:color="D9D0DE"/>
              <w:left w:val="single" w:sz="4" w:space="0" w:color="D9D0DE"/>
              <w:bottom w:val="single" w:sz="4" w:space="0" w:color="D9D0DE"/>
              <w:right w:val="single" w:sz="4" w:space="0" w:color="D9D0DE"/>
            </w:tcBorders>
            <w:vAlign w:val="center"/>
          </w:tcPr>
          <w:p w14:paraId="76470248" w14:textId="77777777" w:rsidR="00033C64" w:rsidRDefault="001A1814">
            <w:pPr>
              <w:spacing w:after="0"/>
            </w:pPr>
            <w:r>
              <w:rPr>
                <w:color w:val="3A2B3F"/>
                <w:sz w:val="17"/>
              </w:rPr>
              <w:t>□  Youth Justice Service</w:t>
            </w:r>
          </w:p>
        </w:tc>
        <w:tc>
          <w:tcPr>
            <w:tcW w:w="5328" w:type="dxa"/>
            <w:tcBorders>
              <w:top w:val="single" w:sz="4" w:space="0" w:color="D9D0DE"/>
              <w:left w:val="single" w:sz="4" w:space="0" w:color="D9D0DE"/>
              <w:bottom w:val="single" w:sz="4" w:space="0" w:color="D9D0DE"/>
              <w:right w:val="single" w:sz="4" w:space="0" w:color="D9D0DE"/>
            </w:tcBorders>
            <w:shd w:val="clear" w:color="auto" w:fill="E7F7F6"/>
            <w:vAlign w:val="center"/>
          </w:tcPr>
          <w:p w14:paraId="405CCD8A" w14:textId="77777777" w:rsidR="00033C64" w:rsidRDefault="001A1814">
            <w:pPr>
              <w:spacing w:after="0"/>
            </w:pPr>
            <w:r>
              <w:rPr>
                <w:color w:val="3A2B3F"/>
                <w:sz w:val="17"/>
              </w:rPr>
              <w:t>□  Family support service</w:t>
            </w:r>
          </w:p>
        </w:tc>
      </w:tr>
      <w:tr w:rsidR="00033C64" w14:paraId="4A5C4F1A" w14:textId="77777777">
        <w:trPr>
          <w:jc w:val="center"/>
        </w:trPr>
        <w:tc>
          <w:tcPr>
            <w:tcW w:w="5328" w:type="dxa"/>
            <w:tcBorders>
              <w:top w:val="single" w:sz="4" w:space="0" w:color="D9D0DE"/>
              <w:left w:val="single" w:sz="4" w:space="0" w:color="D9D0DE"/>
              <w:bottom w:val="single" w:sz="4" w:space="0" w:color="D9D0DE"/>
              <w:right w:val="single" w:sz="4" w:space="0" w:color="D9D0DE"/>
            </w:tcBorders>
            <w:shd w:val="clear" w:color="auto" w:fill="E7F7F6"/>
            <w:vAlign w:val="center"/>
          </w:tcPr>
          <w:p w14:paraId="3D68035D" w14:textId="77777777" w:rsidR="00033C64" w:rsidRDefault="001A1814">
            <w:pPr>
              <w:spacing w:after="0"/>
            </w:pPr>
            <w:r>
              <w:rPr>
                <w:color w:val="3A2B3F"/>
                <w:sz w:val="17"/>
              </w:rPr>
              <w:t>□  Domestic abuse / sexual violence service</w:t>
            </w:r>
          </w:p>
        </w:tc>
        <w:tc>
          <w:tcPr>
            <w:tcW w:w="5328" w:type="dxa"/>
            <w:tcBorders>
              <w:top w:val="single" w:sz="4" w:space="0" w:color="D9D0DE"/>
              <w:left w:val="single" w:sz="4" w:space="0" w:color="D9D0DE"/>
              <w:bottom w:val="single" w:sz="4" w:space="0" w:color="D9D0DE"/>
              <w:right w:val="single" w:sz="4" w:space="0" w:color="D9D0DE"/>
            </w:tcBorders>
            <w:vAlign w:val="center"/>
          </w:tcPr>
          <w:p w14:paraId="6B735C48" w14:textId="77777777" w:rsidR="00033C64" w:rsidRDefault="001A1814">
            <w:pPr>
              <w:spacing w:after="0"/>
            </w:pPr>
            <w:r>
              <w:rPr>
                <w:color w:val="3A2B3F"/>
                <w:sz w:val="17"/>
              </w:rPr>
              <w:t>□  Mentor / trusted adult</w:t>
            </w:r>
          </w:p>
        </w:tc>
      </w:tr>
      <w:tr w:rsidR="00033C64" w14:paraId="680411CF" w14:textId="77777777">
        <w:trPr>
          <w:jc w:val="center"/>
        </w:trPr>
        <w:tc>
          <w:tcPr>
            <w:tcW w:w="5328" w:type="dxa"/>
            <w:tcBorders>
              <w:top w:val="single" w:sz="4" w:space="0" w:color="D9D0DE"/>
              <w:left w:val="single" w:sz="4" w:space="0" w:color="D9D0DE"/>
              <w:bottom w:val="single" w:sz="4" w:space="0" w:color="D9D0DE"/>
              <w:right w:val="single" w:sz="4" w:space="0" w:color="D9D0DE"/>
            </w:tcBorders>
            <w:vAlign w:val="center"/>
          </w:tcPr>
          <w:p w14:paraId="45760476" w14:textId="77777777" w:rsidR="00033C64" w:rsidRDefault="001A1814">
            <w:pPr>
              <w:spacing w:after="0"/>
            </w:pPr>
            <w:r>
              <w:rPr>
                <w:color w:val="3A2B3F"/>
                <w:sz w:val="17"/>
              </w:rPr>
              <w:t>□  Community / faith group</w:t>
            </w:r>
          </w:p>
        </w:tc>
        <w:tc>
          <w:tcPr>
            <w:tcW w:w="5328" w:type="dxa"/>
            <w:tcBorders>
              <w:top w:val="single" w:sz="4" w:space="0" w:color="D9D0DE"/>
              <w:left w:val="single" w:sz="4" w:space="0" w:color="D9D0DE"/>
              <w:bottom w:val="single" w:sz="4" w:space="0" w:color="D9D0DE"/>
              <w:right w:val="single" w:sz="4" w:space="0" w:color="D9D0DE"/>
            </w:tcBorders>
            <w:shd w:val="clear" w:color="auto" w:fill="E7F7F6"/>
            <w:vAlign w:val="center"/>
          </w:tcPr>
          <w:p w14:paraId="5F19ECD1" w14:textId="77777777" w:rsidR="00033C64" w:rsidRDefault="001A1814">
            <w:pPr>
              <w:spacing w:after="0"/>
            </w:pPr>
            <w:r>
              <w:rPr>
                <w:color w:val="3A2B3F"/>
                <w:sz w:val="17"/>
              </w:rPr>
              <w:t>□  None known</w:t>
            </w:r>
          </w:p>
        </w:tc>
      </w:tr>
    </w:tbl>
    <w:p w14:paraId="7D1D0747" w14:textId="77777777" w:rsidR="00033C64" w:rsidRDefault="001A1814">
      <w:pPr>
        <w:spacing w:before="40" w:after="40"/>
      </w:pPr>
      <w:r>
        <w:rPr>
          <w:b/>
          <w:color w:val="3A2B3F"/>
          <w:sz w:val="17"/>
        </w:rPr>
        <w:t>Strengths, interests, trusted adults, protective factors and what helps the young person feel safe:</w:t>
      </w:r>
    </w:p>
    <w:tbl>
      <w:tblPr>
        <w:tblW w:w="0" w:type="auto"/>
        <w:tblLook w:val="04A0" w:firstRow="1" w:lastRow="0" w:firstColumn="1" w:lastColumn="0" w:noHBand="0" w:noVBand="1"/>
      </w:tblPr>
      <w:tblGrid>
        <w:gridCol w:w="10646"/>
      </w:tblGrid>
      <w:tr w:rsidR="00033C64" w14:paraId="5F93075F" w14:textId="77777777">
        <w:tc>
          <w:tcPr>
            <w:tcW w:w="10656"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1E72ADE8" w14:textId="77777777" w:rsidR="00033C64" w:rsidRDefault="001A1814">
            <w:r>
              <w:rPr>
                <w:color w:val="3A2B3F"/>
                <w:sz w:val="17"/>
              </w:rPr>
              <w:t xml:space="preserve"> </w:t>
            </w:r>
          </w:p>
        </w:tc>
      </w:tr>
      <w:tr w:rsidR="00033C64" w14:paraId="3C7B8B64" w14:textId="77777777">
        <w:tc>
          <w:tcPr>
            <w:tcW w:w="10656"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11596254" w14:textId="77777777" w:rsidR="00033C64" w:rsidRDefault="001A1814">
            <w:r>
              <w:rPr>
                <w:color w:val="3A2B3F"/>
                <w:sz w:val="17"/>
              </w:rPr>
              <w:t xml:space="preserve"> </w:t>
            </w:r>
          </w:p>
        </w:tc>
      </w:tr>
      <w:tr w:rsidR="00033C64" w14:paraId="06ED1C03" w14:textId="77777777">
        <w:tc>
          <w:tcPr>
            <w:tcW w:w="10656"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707D7BCF" w14:textId="77777777" w:rsidR="00033C64" w:rsidRDefault="001A1814">
            <w:r>
              <w:rPr>
                <w:color w:val="3A2B3F"/>
                <w:sz w:val="17"/>
              </w:rPr>
              <w:t xml:space="preserve"> </w:t>
            </w:r>
          </w:p>
        </w:tc>
      </w:tr>
      <w:tr w:rsidR="00033C64" w14:paraId="2A47D515" w14:textId="77777777">
        <w:tc>
          <w:tcPr>
            <w:tcW w:w="10656"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15E48944" w14:textId="77777777" w:rsidR="00033C64" w:rsidRDefault="001A1814">
            <w:r>
              <w:rPr>
                <w:color w:val="3A2B3F"/>
                <w:sz w:val="17"/>
              </w:rPr>
              <w:t xml:space="preserve"> </w:t>
            </w:r>
          </w:p>
        </w:tc>
      </w:tr>
    </w:tbl>
    <w:p w14:paraId="5E58AB07" w14:textId="77777777" w:rsidR="00033C64" w:rsidRDefault="001A1814">
      <w:pPr>
        <w:spacing w:before="40" w:after="40"/>
      </w:pPr>
      <w:r>
        <w:rPr>
          <w:b/>
          <w:color w:val="3A2B3F"/>
          <w:sz w:val="17"/>
        </w:rPr>
        <w:t>Barriers to engagement: transport, timings, anxiety about groups, privacy, digital access, parent/carer involvement, childcare or other practical issues:</w:t>
      </w:r>
    </w:p>
    <w:tbl>
      <w:tblPr>
        <w:tblW w:w="0" w:type="auto"/>
        <w:tblLook w:val="04A0" w:firstRow="1" w:lastRow="0" w:firstColumn="1" w:lastColumn="0" w:noHBand="0" w:noVBand="1"/>
      </w:tblPr>
      <w:tblGrid>
        <w:gridCol w:w="10646"/>
      </w:tblGrid>
      <w:tr w:rsidR="00033C64" w14:paraId="0A4E68ED" w14:textId="77777777">
        <w:tc>
          <w:tcPr>
            <w:tcW w:w="10656"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30E85FE0" w14:textId="77777777" w:rsidR="00033C64" w:rsidRDefault="001A1814">
            <w:r>
              <w:rPr>
                <w:color w:val="3A2B3F"/>
                <w:sz w:val="17"/>
              </w:rPr>
              <w:t xml:space="preserve"> </w:t>
            </w:r>
          </w:p>
        </w:tc>
      </w:tr>
      <w:tr w:rsidR="00033C64" w14:paraId="2080AEB9" w14:textId="77777777">
        <w:tc>
          <w:tcPr>
            <w:tcW w:w="10656"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29AC5F55" w14:textId="77777777" w:rsidR="00033C64" w:rsidRDefault="001A1814">
            <w:r>
              <w:rPr>
                <w:color w:val="3A2B3F"/>
                <w:sz w:val="17"/>
              </w:rPr>
              <w:t xml:space="preserve"> </w:t>
            </w:r>
          </w:p>
        </w:tc>
      </w:tr>
      <w:tr w:rsidR="00033C64" w14:paraId="4A2859AB" w14:textId="77777777">
        <w:tc>
          <w:tcPr>
            <w:tcW w:w="10656"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1ECA394A" w14:textId="77777777" w:rsidR="00033C64" w:rsidRDefault="001A1814">
            <w:r>
              <w:rPr>
                <w:color w:val="3A2B3F"/>
                <w:sz w:val="17"/>
              </w:rPr>
              <w:t xml:space="preserve"> </w:t>
            </w:r>
          </w:p>
        </w:tc>
      </w:tr>
      <w:tr w:rsidR="00033C64" w14:paraId="5F21F270" w14:textId="77777777">
        <w:tc>
          <w:tcPr>
            <w:tcW w:w="10656"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7146A6A2" w14:textId="77777777" w:rsidR="00033C64" w:rsidRDefault="001A1814">
            <w:r>
              <w:rPr>
                <w:color w:val="3A2B3F"/>
                <w:sz w:val="17"/>
              </w:rPr>
              <w:t xml:space="preserve"> </w:t>
            </w:r>
          </w:p>
        </w:tc>
      </w:tr>
    </w:tbl>
    <w:p w14:paraId="47F50EDF" w14:textId="77777777" w:rsidR="00033C64" w:rsidRDefault="001A1814">
      <w:pPr>
        <w:pBdr>
          <w:bottom w:val="single" w:sz="12" w:space="3" w:color="F6A96B"/>
        </w:pBdr>
        <w:spacing w:before="60" w:after="100"/>
      </w:pPr>
      <w:r>
        <w:rPr>
          <w:b/>
          <w:color w:val="3A2B3F"/>
          <w:sz w:val="26"/>
        </w:rPr>
        <w:t>7. Desired Outcomes / Goals</w:t>
      </w:r>
    </w:p>
    <w:p w14:paraId="36CCA324" w14:textId="77777777" w:rsidR="00033C64" w:rsidRDefault="001A1814">
      <w:pPr>
        <w:spacing w:after="80"/>
      </w:pPr>
      <w:r>
        <w:rPr>
          <w:color w:val="6B5B73"/>
          <w:sz w:val="17"/>
        </w:rPr>
        <w:t>Keep goals realistic and non-clinical. These can be refined during initial conversation.</w:t>
      </w:r>
    </w:p>
    <w:p w14:paraId="3BBDE907" w14:textId="77777777" w:rsidR="00033C64" w:rsidRDefault="001A1814">
      <w:pPr>
        <w:pBdr>
          <w:bottom w:val="single" w:sz="12" w:space="3" w:color="CDB4DB"/>
        </w:pBdr>
        <w:spacing w:before="60" w:after="100"/>
      </w:pPr>
      <w:r>
        <w:rPr>
          <w:b/>
          <w:color w:val="3A2B3F"/>
          <w:sz w:val="26"/>
        </w:rPr>
        <w:t>What would the referrer / young person like support to achieve?</w:t>
      </w:r>
    </w:p>
    <w:tbl>
      <w:tblPr>
        <w:tblW w:w="0" w:type="auto"/>
        <w:jc w:val="center"/>
        <w:tblLook w:val="04A0" w:firstRow="1" w:lastRow="0" w:firstColumn="1" w:lastColumn="0" w:noHBand="0" w:noVBand="1"/>
      </w:tblPr>
      <w:tblGrid>
        <w:gridCol w:w="5323"/>
        <w:gridCol w:w="5323"/>
      </w:tblGrid>
      <w:tr w:rsidR="00033C64" w14:paraId="006DFF4D" w14:textId="77777777">
        <w:trPr>
          <w:jc w:val="center"/>
        </w:trPr>
        <w:tc>
          <w:tcPr>
            <w:tcW w:w="5328" w:type="dxa"/>
            <w:tcBorders>
              <w:top w:val="single" w:sz="4" w:space="0" w:color="D9D0DE"/>
              <w:left w:val="single" w:sz="4" w:space="0" w:color="D9D0DE"/>
              <w:bottom w:val="single" w:sz="4" w:space="0" w:color="D9D0DE"/>
              <w:right w:val="single" w:sz="4" w:space="0" w:color="D9D0DE"/>
            </w:tcBorders>
            <w:shd w:val="clear" w:color="auto" w:fill="F4EEFA"/>
            <w:vAlign w:val="center"/>
          </w:tcPr>
          <w:p w14:paraId="740AD4FC" w14:textId="77777777" w:rsidR="00033C64" w:rsidRDefault="001A1814">
            <w:pPr>
              <w:spacing w:after="0"/>
            </w:pPr>
            <w:r>
              <w:rPr>
                <w:color w:val="3A2B3F"/>
                <w:sz w:val="17"/>
              </w:rPr>
              <w:t>□  Build confidence and self-belief</w:t>
            </w:r>
          </w:p>
        </w:tc>
        <w:tc>
          <w:tcPr>
            <w:tcW w:w="5328" w:type="dxa"/>
            <w:tcBorders>
              <w:top w:val="single" w:sz="4" w:space="0" w:color="D9D0DE"/>
              <w:left w:val="single" w:sz="4" w:space="0" w:color="D9D0DE"/>
              <w:bottom w:val="single" w:sz="4" w:space="0" w:color="D9D0DE"/>
              <w:right w:val="single" w:sz="4" w:space="0" w:color="D9D0DE"/>
            </w:tcBorders>
            <w:vAlign w:val="center"/>
          </w:tcPr>
          <w:p w14:paraId="1C812623" w14:textId="77777777" w:rsidR="00033C64" w:rsidRDefault="001A1814">
            <w:pPr>
              <w:spacing w:after="0"/>
            </w:pPr>
            <w:r>
              <w:rPr>
                <w:color w:val="3A2B3F"/>
                <w:sz w:val="17"/>
              </w:rPr>
              <w:t>□  Improve emotional awareness and coping strategies</w:t>
            </w:r>
          </w:p>
        </w:tc>
      </w:tr>
      <w:tr w:rsidR="00033C64" w14:paraId="1C2D5B1A" w14:textId="77777777">
        <w:trPr>
          <w:jc w:val="center"/>
        </w:trPr>
        <w:tc>
          <w:tcPr>
            <w:tcW w:w="5328" w:type="dxa"/>
            <w:tcBorders>
              <w:top w:val="single" w:sz="4" w:space="0" w:color="D9D0DE"/>
              <w:left w:val="single" w:sz="4" w:space="0" w:color="D9D0DE"/>
              <w:bottom w:val="single" w:sz="4" w:space="0" w:color="D9D0DE"/>
              <w:right w:val="single" w:sz="4" w:space="0" w:color="D9D0DE"/>
            </w:tcBorders>
            <w:vAlign w:val="center"/>
          </w:tcPr>
          <w:p w14:paraId="30B4534A" w14:textId="77777777" w:rsidR="00033C64" w:rsidRDefault="001A1814">
            <w:pPr>
              <w:spacing w:after="0"/>
            </w:pPr>
            <w:r>
              <w:rPr>
                <w:color w:val="3A2B3F"/>
                <w:sz w:val="17"/>
              </w:rPr>
              <w:t>□  Reduce isolation and increase positive connection</w:t>
            </w:r>
          </w:p>
        </w:tc>
        <w:tc>
          <w:tcPr>
            <w:tcW w:w="5328" w:type="dxa"/>
            <w:tcBorders>
              <w:top w:val="single" w:sz="4" w:space="0" w:color="D9D0DE"/>
              <w:left w:val="single" w:sz="4" w:space="0" w:color="D9D0DE"/>
              <w:bottom w:val="single" w:sz="4" w:space="0" w:color="D9D0DE"/>
              <w:right w:val="single" w:sz="4" w:space="0" w:color="D9D0DE"/>
            </w:tcBorders>
            <w:shd w:val="clear" w:color="auto" w:fill="F4EEFA"/>
            <w:vAlign w:val="center"/>
          </w:tcPr>
          <w:p w14:paraId="2232126A" w14:textId="77777777" w:rsidR="00033C64" w:rsidRDefault="001A1814">
            <w:pPr>
              <w:spacing w:after="0"/>
            </w:pPr>
            <w:r>
              <w:rPr>
                <w:color w:val="3A2B3F"/>
                <w:sz w:val="17"/>
              </w:rPr>
              <w:t>□  Strengthen boundaries and relationship awareness</w:t>
            </w:r>
          </w:p>
        </w:tc>
      </w:tr>
      <w:tr w:rsidR="00033C64" w14:paraId="0ADDBA79" w14:textId="77777777">
        <w:trPr>
          <w:jc w:val="center"/>
        </w:trPr>
        <w:tc>
          <w:tcPr>
            <w:tcW w:w="5328" w:type="dxa"/>
            <w:tcBorders>
              <w:top w:val="single" w:sz="4" w:space="0" w:color="D9D0DE"/>
              <w:left w:val="single" w:sz="4" w:space="0" w:color="D9D0DE"/>
              <w:bottom w:val="single" w:sz="4" w:space="0" w:color="D9D0DE"/>
              <w:right w:val="single" w:sz="4" w:space="0" w:color="D9D0DE"/>
            </w:tcBorders>
            <w:shd w:val="clear" w:color="auto" w:fill="F4EEFA"/>
            <w:vAlign w:val="center"/>
          </w:tcPr>
          <w:p w14:paraId="4ED65BDB" w14:textId="77777777" w:rsidR="00033C64" w:rsidRDefault="001A1814">
            <w:pPr>
              <w:spacing w:after="0"/>
            </w:pPr>
            <w:r>
              <w:rPr>
                <w:color w:val="3A2B3F"/>
                <w:sz w:val="17"/>
              </w:rPr>
              <w:t>□  Develop routines, aspirations and future planning</w:t>
            </w:r>
          </w:p>
        </w:tc>
        <w:tc>
          <w:tcPr>
            <w:tcW w:w="5328" w:type="dxa"/>
            <w:tcBorders>
              <w:top w:val="single" w:sz="4" w:space="0" w:color="D9D0DE"/>
              <w:left w:val="single" w:sz="4" w:space="0" w:color="D9D0DE"/>
              <w:bottom w:val="single" w:sz="4" w:space="0" w:color="D9D0DE"/>
              <w:right w:val="single" w:sz="4" w:space="0" w:color="D9D0DE"/>
            </w:tcBorders>
            <w:vAlign w:val="center"/>
          </w:tcPr>
          <w:p w14:paraId="680A4471" w14:textId="77777777" w:rsidR="00033C64" w:rsidRDefault="001A1814">
            <w:pPr>
              <w:spacing w:after="0"/>
            </w:pPr>
            <w:r>
              <w:rPr>
                <w:color w:val="3A2B3F"/>
                <w:sz w:val="17"/>
              </w:rPr>
              <w:t>□  Support preparation for adulthood and independence skills</w:t>
            </w:r>
          </w:p>
        </w:tc>
      </w:tr>
      <w:tr w:rsidR="00033C64" w14:paraId="38005919" w14:textId="77777777">
        <w:trPr>
          <w:jc w:val="center"/>
        </w:trPr>
        <w:tc>
          <w:tcPr>
            <w:tcW w:w="5328" w:type="dxa"/>
            <w:tcBorders>
              <w:top w:val="single" w:sz="4" w:space="0" w:color="D9D0DE"/>
              <w:left w:val="single" w:sz="4" w:space="0" w:color="D9D0DE"/>
              <w:bottom w:val="single" w:sz="4" w:space="0" w:color="D9D0DE"/>
              <w:right w:val="single" w:sz="4" w:space="0" w:color="D9D0DE"/>
            </w:tcBorders>
            <w:vAlign w:val="center"/>
          </w:tcPr>
          <w:p w14:paraId="77AFC195" w14:textId="77777777" w:rsidR="00033C64" w:rsidRDefault="001A1814">
            <w:pPr>
              <w:spacing w:after="0"/>
            </w:pPr>
            <w:r>
              <w:rPr>
                <w:color w:val="3A2B3F"/>
                <w:sz w:val="17"/>
              </w:rPr>
              <w:t>□  Improve engagement in education, employment or community opportunities</w:t>
            </w:r>
          </w:p>
        </w:tc>
        <w:tc>
          <w:tcPr>
            <w:tcW w:w="5328" w:type="dxa"/>
            <w:tcBorders>
              <w:top w:val="single" w:sz="4" w:space="0" w:color="D9D0DE"/>
              <w:left w:val="single" w:sz="4" w:space="0" w:color="D9D0DE"/>
              <w:bottom w:val="single" w:sz="4" w:space="0" w:color="D9D0DE"/>
              <w:right w:val="single" w:sz="4" w:space="0" w:color="D9D0DE"/>
            </w:tcBorders>
            <w:shd w:val="clear" w:color="auto" w:fill="F4EEFA"/>
            <w:vAlign w:val="center"/>
          </w:tcPr>
          <w:p w14:paraId="4199A7D3" w14:textId="77777777" w:rsidR="00033C64" w:rsidRDefault="001A1814">
            <w:pPr>
              <w:spacing w:after="0"/>
            </w:pPr>
            <w:r>
              <w:rPr>
                <w:color w:val="3A2B3F"/>
                <w:sz w:val="17"/>
              </w:rPr>
              <w:t>□  Create a personalised wellbeing / next steps plan</w:t>
            </w:r>
          </w:p>
        </w:tc>
      </w:tr>
    </w:tbl>
    <w:p w14:paraId="3E0ACF6E" w14:textId="77777777" w:rsidR="00033C64" w:rsidRDefault="001A1814">
      <w:pPr>
        <w:spacing w:before="40" w:after="40"/>
      </w:pPr>
      <w:r>
        <w:rPr>
          <w:b/>
          <w:color w:val="3A2B3F"/>
          <w:sz w:val="17"/>
        </w:rPr>
        <w:t>Additional goals or hoped-for outcomes:</w:t>
      </w:r>
    </w:p>
    <w:tbl>
      <w:tblPr>
        <w:tblW w:w="0" w:type="auto"/>
        <w:tblLook w:val="04A0" w:firstRow="1" w:lastRow="0" w:firstColumn="1" w:lastColumn="0" w:noHBand="0" w:noVBand="1"/>
      </w:tblPr>
      <w:tblGrid>
        <w:gridCol w:w="10646"/>
      </w:tblGrid>
      <w:tr w:rsidR="00033C64" w14:paraId="3E226854" w14:textId="77777777">
        <w:tc>
          <w:tcPr>
            <w:tcW w:w="10656"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61965C7B" w14:textId="77777777" w:rsidR="00033C64" w:rsidRDefault="001A1814">
            <w:r>
              <w:rPr>
                <w:color w:val="3A2B3F"/>
                <w:sz w:val="17"/>
              </w:rPr>
              <w:t xml:space="preserve"> </w:t>
            </w:r>
          </w:p>
        </w:tc>
      </w:tr>
      <w:tr w:rsidR="00033C64" w14:paraId="4467701B" w14:textId="77777777">
        <w:tc>
          <w:tcPr>
            <w:tcW w:w="10656"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762EAA38" w14:textId="77777777" w:rsidR="00033C64" w:rsidRDefault="001A1814">
            <w:r>
              <w:rPr>
                <w:color w:val="3A2B3F"/>
                <w:sz w:val="17"/>
              </w:rPr>
              <w:t xml:space="preserve"> </w:t>
            </w:r>
          </w:p>
        </w:tc>
      </w:tr>
      <w:tr w:rsidR="00033C64" w14:paraId="16E66445" w14:textId="77777777">
        <w:tc>
          <w:tcPr>
            <w:tcW w:w="10656"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7DE13593" w14:textId="77777777" w:rsidR="00033C64" w:rsidRDefault="001A1814">
            <w:r>
              <w:rPr>
                <w:color w:val="3A2B3F"/>
                <w:sz w:val="17"/>
              </w:rPr>
              <w:t xml:space="preserve"> </w:t>
            </w:r>
          </w:p>
        </w:tc>
      </w:tr>
    </w:tbl>
    <w:p w14:paraId="3CF2D8B6" w14:textId="77777777" w:rsidR="00033C64" w:rsidRDefault="001A1814">
      <w:r>
        <w:br w:type="page"/>
      </w:r>
    </w:p>
    <w:p w14:paraId="5999D5D4" w14:textId="77777777" w:rsidR="00033C64" w:rsidRDefault="001A1814">
      <w:pPr>
        <w:pBdr>
          <w:bottom w:val="single" w:sz="12" w:space="3" w:color="CDB4DB"/>
        </w:pBdr>
        <w:spacing w:before="60" w:after="100"/>
      </w:pPr>
      <w:r>
        <w:rPr>
          <w:b/>
          <w:color w:val="3A2B3F"/>
          <w:sz w:val="26"/>
        </w:rPr>
        <w:lastRenderedPageBreak/>
        <w:t>8. Consent, Confidentiality and Information Sharing</w:t>
      </w:r>
    </w:p>
    <w:p w14:paraId="2E86301A" w14:textId="77777777" w:rsidR="00033C64" w:rsidRDefault="001A1814">
      <w:pPr>
        <w:spacing w:after="80"/>
      </w:pPr>
      <w:r>
        <w:rPr>
          <w:color w:val="6B5B73"/>
          <w:sz w:val="17"/>
        </w:rPr>
        <w:t>A referral should not normally progress without appropriate consent unless there is a safeguarding/legal reason to share information.</w:t>
      </w:r>
    </w:p>
    <w:tbl>
      <w:tblPr>
        <w:tblW w:w="0" w:type="auto"/>
        <w:jc w:val="center"/>
        <w:tblLook w:val="04A0" w:firstRow="1" w:lastRow="0" w:firstColumn="1" w:lastColumn="0" w:noHBand="0" w:noVBand="1"/>
      </w:tblPr>
      <w:tblGrid>
        <w:gridCol w:w="5324"/>
        <w:gridCol w:w="5322"/>
      </w:tblGrid>
      <w:tr w:rsidR="00033C64" w14:paraId="6DC7CF79" w14:textId="77777777">
        <w:trPr>
          <w:jc w:val="center"/>
        </w:trPr>
        <w:tc>
          <w:tcPr>
            <w:tcW w:w="5328" w:type="dxa"/>
            <w:tcBorders>
              <w:top w:val="single" w:sz="4" w:space="0" w:color="D9D0DE"/>
              <w:left w:val="single" w:sz="4" w:space="0" w:color="D9D0DE"/>
              <w:bottom w:val="single" w:sz="4" w:space="0" w:color="D9D0DE"/>
              <w:right w:val="single" w:sz="4" w:space="0" w:color="D9D0DE"/>
            </w:tcBorders>
            <w:shd w:val="clear" w:color="auto" w:fill="3A2B3F"/>
            <w:vAlign w:val="center"/>
          </w:tcPr>
          <w:p w14:paraId="234FC519" w14:textId="77777777" w:rsidR="00033C64" w:rsidRDefault="001A1814">
            <w:pPr>
              <w:spacing w:after="0"/>
            </w:pPr>
            <w:r>
              <w:rPr>
                <w:b/>
                <w:color w:val="3A2B3F"/>
                <w:sz w:val="17"/>
              </w:rPr>
              <w:t>Consent / information-sharing statement</w:t>
            </w:r>
          </w:p>
        </w:tc>
        <w:tc>
          <w:tcPr>
            <w:tcW w:w="5328" w:type="dxa"/>
            <w:tcBorders>
              <w:top w:val="single" w:sz="4" w:space="0" w:color="D9D0DE"/>
              <w:left w:val="single" w:sz="4" w:space="0" w:color="D9D0DE"/>
              <w:bottom w:val="single" w:sz="4" w:space="0" w:color="D9D0DE"/>
              <w:right w:val="single" w:sz="4" w:space="0" w:color="D9D0DE"/>
            </w:tcBorders>
            <w:shd w:val="clear" w:color="auto" w:fill="3A2B3F"/>
            <w:vAlign w:val="center"/>
          </w:tcPr>
          <w:p w14:paraId="57A970E5" w14:textId="77777777" w:rsidR="00033C64" w:rsidRDefault="001A1814">
            <w:pPr>
              <w:spacing w:after="0"/>
              <w:jc w:val="center"/>
            </w:pPr>
            <w:r>
              <w:rPr>
                <w:b/>
                <w:color w:val="3A2B3F"/>
                <w:sz w:val="17"/>
              </w:rPr>
              <w:t>Confirm</w:t>
            </w:r>
          </w:p>
        </w:tc>
      </w:tr>
      <w:tr w:rsidR="00033C64" w14:paraId="236C189C" w14:textId="77777777">
        <w:trPr>
          <w:jc w:val="center"/>
        </w:trPr>
        <w:tc>
          <w:tcPr>
            <w:tcW w:w="5328"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3BB1E1B5" w14:textId="77777777" w:rsidR="00033C64" w:rsidRDefault="001A1814">
            <w:pPr>
              <w:spacing w:after="0"/>
            </w:pPr>
            <w:r>
              <w:rPr>
                <w:color w:val="3A2B3F"/>
                <w:sz w:val="17"/>
              </w:rPr>
              <w:t>The young person is aware of this referral where appropriate.</w:t>
            </w:r>
          </w:p>
        </w:tc>
        <w:tc>
          <w:tcPr>
            <w:tcW w:w="5328"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2D301DC2" w14:textId="77777777" w:rsidR="00033C64" w:rsidRDefault="001A1814">
            <w:pPr>
              <w:spacing w:after="0"/>
              <w:jc w:val="center"/>
            </w:pPr>
            <w:r>
              <w:rPr>
                <w:color w:val="3A2B3F"/>
                <w:sz w:val="17"/>
              </w:rPr>
              <w:t>□ Yes  □ No  □ To clarify</w:t>
            </w:r>
          </w:p>
        </w:tc>
      </w:tr>
      <w:tr w:rsidR="00033C64" w14:paraId="22F8114D" w14:textId="77777777">
        <w:trPr>
          <w:jc w:val="center"/>
        </w:trPr>
        <w:tc>
          <w:tcPr>
            <w:tcW w:w="5328" w:type="dxa"/>
            <w:tcBorders>
              <w:top w:val="single" w:sz="4" w:space="0" w:color="D9D0DE"/>
              <w:left w:val="single" w:sz="4" w:space="0" w:color="D9D0DE"/>
              <w:bottom w:val="single" w:sz="4" w:space="0" w:color="D9D0DE"/>
              <w:right w:val="single" w:sz="4" w:space="0" w:color="D9D0DE"/>
            </w:tcBorders>
            <w:vAlign w:val="center"/>
          </w:tcPr>
          <w:p w14:paraId="7303E59A" w14:textId="77777777" w:rsidR="00033C64" w:rsidRDefault="001A1814">
            <w:pPr>
              <w:spacing w:after="0"/>
            </w:pPr>
            <w:r>
              <w:rPr>
                <w:color w:val="3A2B3F"/>
                <w:sz w:val="17"/>
              </w:rPr>
              <w:t>Parent/carer consent has been sought for under-18s where appropriate and safe.</w:t>
            </w:r>
          </w:p>
        </w:tc>
        <w:tc>
          <w:tcPr>
            <w:tcW w:w="5328" w:type="dxa"/>
            <w:tcBorders>
              <w:top w:val="single" w:sz="4" w:space="0" w:color="D9D0DE"/>
              <w:left w:val="single" w:sz="4" w:space="0" w:color="D9D0DE"/>
              <w:bottom w:val="single" w:sz="4" w:space="0" w:color="D9D0DE"/>
              <w:right w:val="single" w:sz="4" w:space="0" w:color="D9D0DE"/>
            </w:tcBorders>
            <w:vAlign w:val="center"/>
          </w:tcPr>
          <w:p w14:paraId="2AE9F12D" w14:textId="77777777" w:rsidR="00033C64" w:rsidRDefault="001A1814">
            <w:pPr>
              <w:spacing w:after="0"/>
              <w:jc w:val="center"/>
            </w:pPr>
            <w:r>
              <w:rPr>
                <w:color w:val="3A2B3F"/>
                <w:sz w:val="17"/>
              </w:rPr>
              <w:t>□ Yes  □ No  □ To clarify</w:t>
            </w:r>
          </w:p>
        </w:tc>
      </w:tr>
      <w:tr w:rsidR="00033C64" w14:paraId="299A703B" w14:textId="77777777">
        <w:trPr>
          <w:jc w:val="center"/>
        </w:trPr>
        <w:tc>
          <w:tcPr>
            <w:tcW w:w="5328"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55C1CFB4" w14:textId="77777777" w:rsidR="00033C64" w:rsidRDefault="001A1814">
            <w:pPr>
              <w:spacing w:after="0"/>
            </w:pPr>
            <w:r>
              <w:rPr>
                <w:color w:val="3A2B3F"/>
                <w:sz w:val="17"/>
              </w:rPr>
              <w:t>The purpose and non-clinical nature of HerCommunity support has been explained.</w:t>
            </w:r>
          </w:p>
        </w:tc>
        <w:tc>
          <w:tcPr>
            <w:tcW w:w="5328"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7B4E45EE" w14:textId="77777777" w:rsidR="00033C64" w:rsidRDefault="001A1814">
            <w:pPr>
              <w:spacing w:after="0"/>
              <w:jc w:val="center"/>
            </w:pPr>
            <w:r>
              <w:rPr>
                <w:color w:val="3A2B3F"/>
                <w:sz w:val="17"/>
              </w:rPr>
              <w:t>□ Yes  □ No  □ To clarify</w:t>
            </w:r>
          </w:p>
        </w:tc>
      </w:tr>
      <w:tr w:rsidR="00033C64" w14:paraId="4D8A9116" w14:textId="77777777">
        <w:trPr>
          <w:jc w:val="center"/>
        </w:trPr>
        <w:tc>
          <w:tcPr>
            <w:tcW w:w="5328" w:type="dxa"/>
            <w:tcBorders>
              <w:top w:val="single" w:sz="4" w:space="0" w:color="D9D0DE"/>
              <w:left w:val="single" w:sz="4" w:space="0" w:color="D9D0DE"/>
              <w:bottom w:val="single" w:sz="4" w:space="0" w:color="D9D0DE"/>
              <w:right w:val="single" w:sz="4" w:space="0" w:color="D9D0DE"/>
            </w:tcBorders>
            <w:vAlign w:val="center"/>
          </w:tcPr>
          <w:p w14:paraId="4E020497" w14:textId="77777777" w:rsidR="00033C64" w:rsidRDefault="001A1814">
            <w:pPr>
              <w:spacing w:after="0"/>
            </w:pPr>
            <w:r>
              <w:rPr>
                <w:color w:val="3A2B3F"/>
                <w:sz w:val="17"/>
              </w:rPr>
              <w:t>The limits of confidentiality have been explained, including safeguarding and risk of harm.</w:t>
            </w:r>
          </w:p>
        </w:tc>
        <w:tc>
          <w:tcPr>
            <w:tcW w:w="5328" w:type="dxa"/>
            <w:tcBorders>
              <w:top w:val="single" w:sz="4" w:space="0" w:color="D9D0DE"/>
              <w:left w:val="single" w:sz="4" w:space="0" w:color="D9D0DE"/>
              <w:bottom w:val="single" w:sz="4" w:space="0" w:color="D9D0DE"/>
              <w:right w:val="single" w:sz="4" w:space="0" w:color="D9D0DE"/>
            </w:tcBorders>
            <w:vAlign w:val="center"/>
          </w:tcPr>
          <w:p w14:paraId="2D2E91D1" w14:textId="77777777" w:rsidR="00033C64" w:rsidRDefault="001A1814">
            <w:pPr>
              <w:spacing w:after="0"/>
              <w:jc w:val="center"/>
            </w:pPr>
            <w:r>
              <w:rPr>
                <w:color w:val="3A2B3F"/>
                <w:sz w:val="17"/>
              </w:rPr>
              <w:t>□ Yes  □ No  □ To clarify</w:t>
            </w:r>
          </w:p>
        </w:tc>
      </w:tr>
      <w:tr w:rsidR="00033C64" w14:paraId="3B4143C5" w14:textId="77777777">
        <w:trPr>
          <w:jc w:val="center"/>
        </w:trPr>
        <w:tc>
          <w:tcPr>
            <w:tcW w:w="5328"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352DEE0C" w14:textId="77777777" w:rsidR="00033C64" w:rsidRDefault="001A1814">
            <w:pPr>
              <w:spacing w:after="0"/>
            </w:pPr>
            <w:r>
              <w:rPr>
                <w:color w:val="3A2B3F"/>
                <w:sz w:val="17"/>
              </w:rPr>
              <w:t>Consent has been given for HerCommunity to contact the young person / parent / referrer as appropriate.</w:t>
            </w:r>
          </w:p>
        </w:tc>
        <w:tc>
          <w:tcPr>
            <w:tcW w:w="5328"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44A2BCFD" w14:textId="77777777" w:rsidR="00033C64" w:rsidRDefault="001A1814">
            <w:pPr>
              <w:spacing w:after="0"/>
              <w:jc w:val="center"/>
            </w:pPr>
            <w:r>
              <w:rPr>
                <w:color w:val="3A2B3F"/>
                <w:sz w:val="17"/>
              </w:rPr>
              <w:t>□ Yes  □ No  □ To clarify</w:t>
            </w:r>
          </w:p>
        </w:tc>
      </w:tr>
      <w:tr w:rsidR="00033C64" w14:paraId="43EA1CC2" w14:textId="77777777">
        <w:trPr>
          <w:jc w:val="center"/>
        </w:trPr>
        <w:tc>
          <w:tcPr>
            <w:tcW w:w="5328" w:type="dxa"/>
            <w:tcBorders>
              <w:top w:val="single" w:sz="4" w:space="0" w:color="D9D0DE"/>
              <w:left w:val="single" w:sz="4" w:space="0" w:color="D9D0DE"/>
              <w:bottom w:val="single" w:sz="4" w:space="0" w:color="D9D0DE"/>
              <w:right w:val="single" w:sz="4" w:space="0" w:color="D9D0DE"/>
            </w:tcBorders>
            <w:vAlign w:val="center"/>
          </w:tcPr>
          <w:p w14:paraId="6E38516B" w14:textId="77777777" w:rsidR="00033C64" w:rsidRDefault="001A1814">
            <w:pPr>
              <w:spacing w:after="0"/>
            </w:pPr>
            <w:r>
              <w:rPr>
                <w:color w:val="3A2B3F"/>
                <w:sz w:val="17"/>
              </w:rPr>
              <w:t>Consent has been given for relevant information to be shared with professionals/agencies where necessary for support or safeguarding.</w:t>
            </w:r>
          </w:p>
        </w:tc>
        <w:tc>
          <w:tcPr>
            <w:tcW w:w="5328" w:type="dxa"/>
            <w:tcBorders>
              <w:top w:val="single" w:sz="4" w:space="0" w:color="D9D0DE"/>
              <w:left w:val="single" w:sz="4" w:space="0" w:color="D9D0DE"/>
              <w:bottom w:val="single" w:sz="4" w:space="0" w:color="D9D0DE"/>
              <w:right w:val="single" w:sz="4" w:space="0" w:color="D9D0DE"/>
            </w:tcBorders>
            <w:vAlign w:val="center"/>
          </w:tcPr>
          <w:p w14:paraId="35C9221A" w14:textId="77777777" w:rsidR="00033C64" w:rsidRDefault="001A1814">
            <w:pPr>
              <w:spacing w:after="0"/>
              <w:jc w:val="center"/>
            </w:pPr>
            <w:r>
              <w:rPr>
                <w:color w:val="3A2B3F"/>
                <w:sz w:val="17"/>
              </w:rPr>
              <w:t>□ Yes  □ No  □ To clarify</w:t>
            </w:r>
          </w:p>
        </w:tc>
      </w:tr>
    </w:tbl>
    <w:p w14:paraId="6DDA5621" w14:textId="77777777" w:rsidR="00033C64" w:rsidRDefault="001A1814">
      <w:pPr>
        <w:pBdr>
          <w:bottom w:val="single" w:sz="12" w:space="3" w:color="F07A8A"/>
        </w:pBdr>
        <w:spacing w:before="60" w:after="100"/>
      </w:pPr>
      <w:r>
        <w:rPr>
          <w:b/>
          <w:color w:val="3A2B3F"/>
          <w:sz w:val="26"/>
        </w:rPr>
        <w:t>9. Referrer Declaration and Signatures</w:t>
      </w:r>
    </w:p>
    <w:tbl>
      <w:tblPr>
        <w:tblW w:w="0" w:type="auto"/>
        <w:jc w:val="center"/>
        <w:tblLook w:val="04A0" w:firstRow="1" w:lastRow="0" w:firstColumn="1" w:lastColumn="0" w:noHBand="0" w:noVBand="1"/>
      </w:tblPr>
      <w:tblGrid>
        <w:gridCol w:w="2662"/>
        <w:gridCol w:w="2661"/>
        <w:gridCol w:w="2662"/>
        <w:gridCol w:w="2661"/>
      </w:tblGrid>
      <w:tr w:rsidR="00033C64" w14:paraId="31609B5B" w14:textId="77777777">
        <w:trPr>
          <w:jc w:val="center"/>
        </w:trPr>
        <w:tc>
          <w:tcPr>
            <w:tcW w:w="2664" w:type="dxa"/>
            <w:tcBorders>
              <w:top w:val="single" w:sz="4" w:space="0" w:color="D9D0DE"/>
              <w:left w:val="single" w:sz="4" w:space="0" w:color="D9D0DE"/>
              <w:bottom w:val="single" w:sz="4" w:space="0" w:color="D9D0DE"/>
              <w:right w:val="single" w:sz="4" w:space="0" w:color="D9D0DE"/>
            </w:tcBorders>
            <w:vAlign w:val="center"/>
          </w:tcPr>
          <w:p w14:paraId="70C6638F" w14:textId="77777777" w:rsidR="00033C64" w:rsidRDefault="001A1814">
            <w:pPr>
              <w:spacing w:after="0"/>
            </w:pPr>
            <w:r>
              <w:rPr>
                <w:b/>
                <w:color w:val="3A2B3F"/>
                <w:sz w:val="17"/>
              </w:rPr>
              <w:t>Referrer name</w:t>
            </w:r>
          </w:p>
        </w:tc>
        <w:tc>
          <w:tcPr>
            <w:tcW w:w="2664"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0FB78278" w14:textId="77777777" w:rsidR="00033C64" w:rsidRDefault="00033C64">
            <w:pPr>
              <w:spacing w:after="0"/>
            </w:pPr>
          </w:p>
        </w:tc>
        <w:tc>
          <w:tcPr>
            <w:tcW w:w="2664" w:type="dxa"/>
            <w:tcBorders>
              <w:top w:val="single" w:sz="4" w:space="0" w:color="D9D0DE"/>
              <w:left w:val="single" w:sz="4" w:space="0" w:color="D9D0DE"/>
              <w:bottom w:val="single" w:sz="4" w:space="0" w:color="D9D0DE"/>
              <w:right w:val="single" w:sz="4" w:space="0" w:color="D9D0DE"/>
            </w:tcBorders>
            <w:vAlign w:val="center"/>
          </w:tcPr>
          <w:p w14:paraId="1BB1D5DA" w14:textId="77777777" w:rsidR="00033C64" w:rsidRDefault="001A1814">
            <w:pPr>
              <w:spacing w:after="0"/>
            </w:pPr>
            <w:r>
              <w:rPr>
                <w:b/>
                <w:color w:val="3A2B3F"/>
                <w:sz w:val="17"/>
              </w:rPr>
              <w:t>Signature / typed confirmation</w:t>
            </w:r>
          </w:p>
        </w:tc>
        <w:tc>
          <w:tcPr>
            <w:tcW w:w="2664"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1FC39945" w14:textId="77777777" w:rsidR="00033C64" w:rsidRDefault="00033C64">
            <w:pPr>
              <w:spacing w:after="0"/>
            </w:pPr>
          </w:p>
        </w:tc>
      </w:tr>
      <w:tr w:rsidR="00033C64" w14:paraId="1108D9C7" w14:textId="77777777">
        <w:trPr>
          <w:jc w:val="center"/>
        </w:trPr>
        <w:tc>
          <w:tcPr>
            <w:tcW w:w="2664" w:type="dxa"/>
            <w:tcBorders>
              <w:top w:val="single" w:sz="4" w:space="0" w:color="D9D0DE"/>
              <w:left w:val="single" w:sz="4" w:space="0" w:color="D9D0DE"/>
              <w:bottom w:val="single" w:sz="4" w:space="0" w:color="D9D0DE"/>
              <w:right w:val="single" w:sz="4" w:space="0" w:color="D9D0DE"/>
            </w:tcBorders>
            <w:vAlign w:val="center"/>
          </w:tcPr>
          <w:p w14:paraId="491072FA" w14:textId="77777777" w:rsidR="00033C64" w:rsidRDefault="001A1814">
            <w:pPr>
              <w:spacing w:after="0"/>
            </w:pPr>
            <w:r>
              <w:rPr>
                <w:b/>
                <w:color w:val="3A2B3F"/>
                <w:sz w:val="17"/>
              </w:rPr>
              <w:t>Date</w:t>
            </w:r>
          </w:p>
        </w:tc>
        <w:tc>
          <w:tcPr>
            <w:tcW w:w="2664"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5CC45FCA" w14:textId="77777777" w:rsidR="00033C64" w:rsidRDefault="001A1814">
            <w:pPr>
              <w:spacing w:after="0"/>
            </w:pPr>
            <w:r>
              <w:rPr>
                <w:color w:val="3A2B3F"/>
                <w:sz w:val="17"/>
              </w:rPr>
              <w:t>____ / ____ / ______</w:t>
            </w:r>
          </w:p>
        </w:tc>
        <w:tc>
          <w:tcPr>
            <w:tcW w:w="2664" w:type="dxa"/>
            <w:tcBorders>
              <w:top w:val="single" w:sz="4" w:space="0" w:color="D9D0DE"/>
              <w:left w:val="single" w:sz="4" w:space="0" w:color="D9D0DE"/>
              <w:bottom w:val="single" w:sz="4" w:space="0" w:color="D9D0DE"/>
              <w:right w:val="single" w:sz="4" w:space="0" w:color="D9D0DE"/>
            </w:tcBorders>
            <w:vAlign w:val="center"/>
          </w:tcPr>
          <w:p w14:paraId="2448278F" w14:textId="77777777" w:rsidR="00033C64" w:rsidRDefault="001A1814">
            <w:pPr>
              <w:spacing w:after="0"/>
            </w:pPr>
            <w:r>
              <w:rPr>
                <w:b/>
                <w:color w:val="3A2B3F"/>
                <w:sz w:val="17"/>
              </w:rPr>
              <w:t>Young person / parent consent confirmed by</w:t>
            </w:r>
          </w:p>
        </w:tc>
        <w:tc>
          <w:tcPr>
            <w:tcW w:w="2664"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0562CB0E" w14:textId="77777777" w:rsidR="00033C64" w:rsidRDefault="00033C64">
            <w:pPr>
              <w:spacing w:after="0"/>
            </w:pPr>
          </w:p>
        </w:tc>
      </w:tr>
      <w:tr w:rsidR="00033C64" w14:paraId="3AE1184B" w14:textId="77777777">
        <w:trPr>
          <w:jc w:val="center"/>
        </w:trPr>
        <w:tc>
          <w:tcPr>
            <w:tcW w:w="2664" w:type="dxa"/>
            <w:tcBorders>
              <w:top w:val="single" w:sz="4" w:space="0" w:color="D9D0DE"/>
              <w:left w:val="single" w:sz="4" w:space="0" w:color="D9D0DE"/>
              <w:bottom w:val="single" w:sz="4" w:space="0" w:color="D9D0DE"/>
              <w:right w:val="single" w:sz="4" w:space="0" w:color="D9D0DE"/>
            </w:tcBorders>
            <w:vAlign w:val="center"/>
          </w:tcPr>
          <w:p w14:paraId="1AA6DA7D" w14:textId="77777777" w:rsidR="00033C64" w:rsidRDefault="001A1814">
            <w:pPr>
              <w:spacing w:after="0"/>
            </w:pPr>
            <w:r>
              <w:rPr>
                <w:b/>
                <w:color w:val="3A2B3F"/>
                <w:sz w:val="17"/>
              </w:rPr>
              <w:t>Self-referral: how did you hear about HerCommunity?</w:t>
            </w:r>
          </w:p>
        </w:tc>
        <w:tc>
          <w:tcPr>
            <w:tcW w:w="2664"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34CE0A41" w14:textId="77777777" w:rsidR="00033C64" w:rsidRDefault="00033C64">
            <w:pPr>
              <w:spacing w:after="0"/>
            </w:pPr>
          </w:p>
        </w:tc>
        <w:tc>
          <w:tcPr>
            <w:tcW w:w="2664" w:type="dxa"/>
            <w:tcBorders>
              <w:top w:val="single" w:sz="4" w:space="0" w:color="D9D0DE"/>
              <w:left w:val="single" w:sz="4" w:space="0" w:color="D9D0DE"/>
              <w:bottom w:val="single" w:sz="4" w:space="0" w:color="D9D0DE"/>
              <w:right w:val="single" w:sz="4" w:space="0" w:color="D9D0DE"/>
            </w:tcBorders>
            <w:vAlign w:val="center"/>
          </w:tcPr>
          <w:p w14:paraId="318FA5A0" w14:textId="77777777" w:rsidR="00033C64" w:rsidRDefault="001A1814">
            <w:pPr>
              <w:spacing w:after="0"/>
            </w:pPr>
            <w:r>
              <w:rPr>
                <w:b/>
                <w:color w:val="3A2B3F"/>
                <w:sz w:val="17"/>
              </w:rPr>
              <w:t>Best contact method</w:t>
            </w:r>
          </w:p>
        </w:tc>
        <w:tc>
          <w:tcPr>
            <w:tcW w:w="2664"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62EBF3C5" w14:textId="77777777" w:rsidR="00033C64" w:rsidRDefault="00033C64">
            <w:pPr>
              <w:spacing w:after="0"/>
            </w:pPr>
          </w:p>
        </w:tc>
      </w:tr>
    </w:tbl>
    <w:p w14:paraId="005589F7" w14:textId="77777777" w:rsidR="00033C64" w:rsidRDefault="001A1814">
      <w:pPr>
        <w:spacing w:before="40" w:after="40"/>
      </w:pPr>
      <w:r>
        <w:rPr>
          <w:b/>
          <w:color w:val="3A2B3F"/>
          <w:sz w:val="17"/>
        </w:rPr>
        <w:t>Any additional notes, documents attached or information still required:</w:t>
      </w:r>
    </w:p>
    <w:tbl>
      <w:tblPr>
        <w:tblW w:w="0" w:type="auto"/>
        <w:tblLook w:val="04A0" w:firstRow="1" w:lastRow="0" w:firstColumn="1" w:lastColumn="0" w:noHBand="0" w:noVBand="1"/>
      </w:tblPr>
      <w:tblGrid>
        <w:gridCol w:w="10646"/>
      </w:tblGrid>
      <w:tr w:rsidR="00033C64" w14:paraId="6EBA70B7" w14:textId="77777777">
        <w:tc>
          <w:tcPr>
            <w:tcW w:w="10656"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3F2CD050" w14:textId="77777777" w:rsidR="00033C64" w:rsidRDefault="001A1814">
            <w:r>
              <w:rPr>
                <w:color w:val="3A2B3F"/>
                <w:sz w:val="17"/>
              </w:rPr>
              <w:t xml:space="preserve"> </w:t>
            </w:r>
          </w:p>
        </w:tc>
      </w:tr>
      <w:tr w:rsidR="00033C64" w14:paraId="72121151" w14:textId="77777777">
        <w:tc>
          <w:tcPr>
            <w:tcW w:w="10656"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32D65AFA" w14:textId="77777777" w:rsidR="00033C64" w:rsidRDefault="001A1814">
            <w:r>
              <w:rPr>
                <w:color w:val="3A2B3F"/>
                <w:sz w:val="17"/>
              </w:rPr>
              <w:t xml:space="preserve"> </w:t>
            </w:r>
          </w:p>
        </w:tc>
      </w:tr>
      <w:tr w:rsidR="00033C64" w14:paraId="09845CEA" w14:textId="77777777">
        <w:tc>
          <w:tcPr>
            <w:tcW w:w="10656"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3AA4ADE7" w14:textId="77777777" w:rsidR="00033C64" w:rsidRDefault="001A1814">
            <w:r>
              <w:rPr>
                <w:color w:val="3A2B3F"/>
                <w:sz w:val="17"/>
              </w:rPr>
              <w:t xml:space="preserve"> </w:t>
            </w:r>
          </w:p>
        </w:tc>
      </w:tr>
    </w:tbl>
    <w:p w14:paraId="593EC241" w14:textId="77777777" w:rsidR="00033C64" w:rsidRDefault="001A1814">
      <w:pPr>
        <w:pBdr>
          <w:bottom w:val="single" w:sz="12" w:space="3" w:color="7BC6C4"/>
        </w:pBdr>
        <w:spacing w:before="60" w:after="100"/>
      </w:pPr>
      <w:r>
        <w:rPr>
          <w:b/>
          <w:color w:val="3A2B3F"/>
          <w:sz w:val="26"/>
        </w:rPr>
        <w:t>10. HerCommunity Use Only</w:t>
      </w:r>
    </w:p>
    <w:p w14:paraId="524CAB62" w14:textId="77777777" w:rsidR="00033C64" w:rsidRDefault="001A1814">
      <w:pPr>
        <w:spacing w:after="80"/>
      </w:pPr>
      <w:r>
        <w:rPr>
          <w:color w:val="6B5B73"/>
          <w:sz w:val="17"/>
        </w:rPr>
        <w:t>Internal triage decision, programme matching and follow-up.</w:t>
      </w:r>
    </w:p>
    <w:tbl>
      <w:tblPr>
        <w:tblW w:w="0" w:type="auto"/>
        <w:jc w:val="center"/>
        <w:tblLook w:val="04A0" w:firstRow="1" w:lastRow="0" w:firstColumn="1" w:lastColumn="0" w:noHBand="0" w:noVBand="1"/>
      </w:tblPr>
      <w:tblGrid>
        <w:gridCol w:w="2662"/>
        <w:gridCol w:w="2661"/>
        <w:gridCol w:w="2662"/>
        <w:gridCol w:w="2661"/>
      </w:tblGrid>
      <w:tr w:rsidR="00033C64" w14:paraId="7EB17D64" w14:textId="77777777">
        <w:trPr>
          <w:jc w:val="center"/>
        </w:trPr>
        <w:tc>
          <w:tcPr>
            <w:tcW w:w="2664" w:type="dxa"/>
            <w:tcBorders>
              <w:top w:val="single" w:sz="4" w:space="0" w:color="D9D0DE"/>
              <w:left w:val="single" w:sz="4" w:space="0" w:color="D9D0DE"/>
              <w:bottom w:val="single" w:sz="4" w:space="0" w:color="D9D0DE"/>
              <w:right w:val="single" w:sz="4" w:space="0" w:color="D9D0DE"/>
            </w:tcBorders>
            <w:vAlign w:val="center"/>
          </w:tcPr>
          <w:p w14:paraId="1CFA958E" w14:textId="77777777" w:rsidR="00033C64" w:rsidRDefault="001A1814">
            <w:pPr>
              <w:spacing w:after="0"/>
            </w:pPr>
            <w:r>
              <w:rPr>
                <w:b/>
                <w:color w:val="3A2B3F"/>
                <w:sz w:val="17"/>
              </w:rPr>
              <w:t>Date received</w:t>
            </w:r>
          </w:p>
        </w:tc>
        <w:tc>
          <w:tcPr>
            <w:tcW w:w="2664"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6D98A12B" w14:textId="77777777" w:rsidR="00033C64" w:rsidRDefault="00033C64">
            <w:pPr>
              <w:spacing w:after="0"/>
            </w:pPr>
          </w:p>
        </w:tc>
        <w:tc>
          <w:tcPr>
            <w:tcW w:w="2664" w:type="dxa"/>
            <w:tcBorders>
              <w:top w:val="single" w:sz="4" w:space="0" w:color="D9D0DE"/>
              <w:left w:val="single" w:sz="4" w:space="0" w:color="D9D0DE"/>
              <w:bottom w:val="single" w:sz="4" w:space="0" w:color="D9D0DE"/>
              <w:right w:val="single" w:sz="4" w:space="0" w:color="D9D0DE"/>
            </w:tcBorders>
            <w:vAlign w:val="center"/>
          </w:tcPr>
          <w:p w14:paraId="3F98D743" w14:textId="77777777" w:rsidR="00033C64" w:rsidRDefault="001A1814">
            <w:pPr>
              <w:spacing w:after="0"/>
            </w:pPr>
            <w:r>
              <w:rPr>
                <w:b/>
                <w:color w:val="3A2B3F"/>
                <w:sz w:val="17"/>
              </w:rPr>
              <w:t>Received by</w:t>
            </w:r>
          </w:p>
        </w:tc>
        <w:tc>
          <w:tcPr>
            <w:tcW w:w="2664"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2946DB82" w14:textId="77777777" w:rsidR="00033C64" w:rsidRDefault="00033C64">
            <w:pPr>
              <w:spacing w:after="0"/>
            </w:pPr>
          </w:p>
        </w:tc>
      </w:tr>
      <w:tr w:rsidR="00033C64" w14:paraId="4336D1CD" w14:textId="77777777">
        <w:trPr>
          <w:jc w:val="center"/>
        </w:trPr>
        <w:tc>
          <w:tcPr>
            <w:tcW w:w="2664" w:type="dxa"/>
            <w:tcBorders>
              <w:top w:val="single" w:sz="4" w:space="0" w:color="D9D0DE"/>
              <w:left w:val="single" w:sz="4" w:space="0" w:color="D9D0DE"/>
              <w:bottom w:val="single" w:sz="4" w:space="0" w:color="D9D0DE"/>
              <w:right w:val="single" w:sz="4" w:space="0" w:color="D9D0DE"/>
            </w:tcBorders>
            <w:vAlign w:val="center"/>
          </w:tcPr>
          <w:p w14:paraId="2E2863CA" w14:textId="77777777" w:rsidR="00033C64" w:rsidRDefault="001A1814">
            <w:pPr>
              <w:spacing w:after="0"/>
            </w:pPr>
            <w:r>
              <w:rPr>
                <w:b/>
                <w:color w:val="3A2B3F"/>
                <w:sz w:val="17"/>
              </w:rPr>
              <w:t>Initial risk rating</w:t>
            </w:r>
          </w:p>
        </w:tc>
        <w:tc>
          <w:tcPr>
            <w:tcW w:w="2664"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7E2A922D" w14:textId="77777777" w:rsidR="00033C64" w:rsidRDefault="001A1814">
            <w:pPr>
              <w:spacing w:after="0"/>
            </w:pPr>
            <w:r>
              <w:rPr>
                <w:color w:val="3A2B3F"/>
                <w:sz w:val="17"/>
              </w:rPr>
              <w:t>□ Green  □ Amber  □ Red</w:t>
            </w:r>
          </w:p>
        </w:tc>
        <w:tc>
          <w:tcPr>
            <w:tcW w:w="2664" w:type="dxa"/>
            <w:tcBorders>
              <w:top w:val="single" w:sz="4" w:space="0" w:color="D9D0DE"/>
              <w:left w:val="single" w:sz="4" w:space="0" w:color="D9D0DE"/>
              <w:bottom w:val="single" w:sz="4" w:space="0" w:color="D9D0DE"/>
              <w:right w:val="single" w:sz="4" w:space="0" w:color="D9D0DE"/>
            </w:tcBorders>
            <w:vAlign w:val="center"/>
          </w:tcPr>
          <w:p w14:paraId="00D4CD35" w14:textId="77777777" w:rsidR="00033C64" w:rsidRDefault="001A1814">
            <w:pPr>
              <w:spacing w:after="0"/>
            </w:pPr>
            <w:r>
              <w:rPr>
                <w:b/>
                <w:color w:val="3A2B3F"/>
                <w:sz w:val="17"/>
              </w:rPr>
              <w:t>Accepted?</w:t>
            </w:r>
          </w:p>
        </w:tc>
        <w:tc>
          <w:tcPr>
            <w:tcW w:w="2664"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57B015D8" w14:textId="77777777" w:rsidR="00033C64" w:rsidRDefault="001A1814">
            <w:pPr>
              <w:spacing w:after="0"/>
            </w:pPr>
            <w:r>
              <w:rPr>
                <w:color w:val="3A2B3F"/>
                <w:sz w:val="17"/>
              </w:rPr>
              <w:t>□ Yes  □ No  □ Deferred</w:t>
            </w:r>
          </w:p>
        </w:tc>
      </w:tr>
      <w:tr w:rsidR="00033C64" w14:paraId="738F2CB8" w14:textId="77777777">
        <w:trPr>
          <w:jc w:val="center"/>
        </w:trPr>
        <w:tc>
          <w:tcPr>
            <w:tcW w:w="2664" w:type="dxa"/>
            <w:tcBorders>
              <w:top w:val="single" w:sz="4" w:space="0" w:color="D9D0DE"/>
              <w:left w:val="single" w:sz="4" w:space="0" w:color="D9D0DE"/>
              <w:bottom w:val="single" w:sz="4" w:space="0" w:color="D9D0DE"/>
              <w:right w:val="single" w:sz="4" w:space="0" w:color="D9D0DE"/>
            </w:tcBorders>
            <w:vAlign w:val="center"/>
          </w:tcPr>
          <w:p w14:paraId="7DB48968" w14:textId="77777777" w:rsidR="00033C64" w:rsidRDefault="001A1814">
            <w:pPr>
              <w:spacing w:after="0"/>
            </w:pPr>
            <w:r>
              <w:rPr>
                <w:b/>
                <w:color w:val="3A2B3F"/>
                <w:sz w:val="17"/>
              </w:rPr>
              <w:t>Programme matched</w:t>
            </w:r>
          </w:p>
        </w:tc>
        <w:tc>
          <w:tcPr>
            <w:tcW w:w="2664"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27FED511" w14:textId="77777777" w:rsidR="00033C64" w:rsidRDefault="001A1814">
            <w:pPr>
              <w:spacing w:after="0"/>
            </w:pPr>
            <w:r>
              <w:rPr>
                <w:color w:val="3A2B3F"/>
                <w:sz w:val="17"/>
              </w:rPr>
              <w:t>□ Reclaim Her  □ Her Mind Matters  □ One-to-One  □ Signpost</w:t>
            </w:r>
          </w:p>
        </w:tc>
        <w:tc>
          <w:tcPr>
            <w:tcW w:w="2664" w:type="dxa"/>
            <w:tcBorders>
              <w:top w:val="single" w:sz="4" w:space="0" w:color="D9D0DE"/>
              <w:left w:val="single" w:sz="4" w:space="0" w:color="D9D0DE"/>
              <w:bottom w:val="single" w:sz="4" w:space="0" w:color="D9D0DE"/>
              <w:right w:val="single" w:sz="4" w:space="0" w:color="D9D0DE"/>
            </w:tcBorders>
            <w:vAlign w:val="center"/>
          </w:tcPr>
          <w:p w14:paraId="765471B8" w14:textId="77777777" w:rsidR="00033C64" w:rsidRDefault="001A1814">
            <w:pPr>
              <w:spacing w:after="0"/>
            </w:pPr>
            <w:r>
              <w:rPr>
                <w:b/>
                <w:color w:val="3A2B3F"/>
                <w:sz w:val="17"/>
              </w:rPr>
              <w:t>Review date</w:t>
            </w:r>
          </w:p>
        </w:tc>
        <w:tc>
          <w:tcPr>
            <w:tcW w:w="2664"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5997CC1D" w14:textId="77777777" w:rsidR="00033C64" w:rsidRDefault="00033C64">
            <w:pPr>
              <w:spacing w:after="0"/>
            </w:pPr>
          </w:p>
        </w:tc>
      </w:tr>
      <w:tr w:rsidR="00033C64" w14:paraId="57A671DF" w14:textId="77777777">
        <w:trPr>
          <w:jc w:val="center"/>
        </w:trPr>
        <w:tc>
          <w:tcPr>
            <w:tcW w:w="2664" w:type="dxa"/>
            <w:tcBorders>
              <w:top w:val="single" w:sz="4" w:space="0" w:color="D9D0DE"/>
              <w:left w:val="single" w:sz="4" w:space="0" w:color="D9D0DE"/>
              <w:bottom w:val="single" w:sz="4" w:space="0" w:color="D9D0DE"/>
              <w:right w:val="single" w:sz="4" w:space="0" w:color="D9D0DE"/>
            </w:tcBorders>
            <w:vAlign w:val="center"/>
          </w:tcPr>
          <w:p w14:paraId="3C9A67C1" w14:textId="77777777" w:rsidR="00033C64" w:rsidRDefault="001A1814">
            <w:pPr>
              <w:spacing w:after="0"/>
            </w:pPr>
            <w:r>
              <w:rPr>
                <w:b/>
                <w:color w:val="3A2B3F"/>
                <w:sz w:val="17"/>
              </w:rPr>
              <w:t>DSL review required?</w:t>
            </w:r>
          </w:p>
        </w:tc>
        <w:tc>
          <w:tcPr>
            <w:tcW w:w="2664"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07C2B1BC" w14:textId="77777777" w:rsidR="00033C64" w:rsidRDefault="001A1814">
            <w:pPr>
              <w:spacing w:after="0"/>
            </w:pPr>
            <w:r>
              <w:rPr>
                <w:color w:val="3A2B3F"/>
                <w:sz w:val="17"/>
              </w:rPr>
              <w:t>□ Yes  □ No</w:t>
            </w:r>
          </w:p>
        </w:tc>
        <w:tc>
          <w:tcPr>
            <w:tcW w:w="2664" w:type="dxa"/>
            <w:tcBorders>
              <w:top w:val="single" w:sz="4" w:space="0" w:color="D9D0DE"/>
              <w:left w:val="single" w:sz="4" w:space="0" w:color="D9D0DE"/>
              <w:bottom w:val="single" w:sz="4" w:space="0" w:color="D9D0DE"/>
              <w:right w:val="single" w:sz="4" w:space="0" w:color="D9D0DE"/>
            </w:tcBorders>
            <w:vAlign w:val="center"/>
          </w:tcPr>
          <w:p w14:paraId="11F673B3" w14:textId="77777777" w:rsidR="00033C64" w:rsidRDefault="001A1814">
            <w:pPr>
              <w:spacing w:after="0"/>
            </w:pPr>
            <w:r>
              <w:rPr>
                <w:b/>
                <w:color w:val="3A2B3F"/>
                <w:sz w:val="17"/>
              </w:rPr>
              <w:t>DSL / lead</w:t>
            </w:r>
          </w:p>
        </w:tc>
        <w:tc>
          <w:tcPr>
            <w:tcW w:w="2664"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39EE1A59" w14:textId="77777777" w:rsidR="00033C64" w:rsidRDefault="001A1814">
            <w:pPr>
              <w:spacing w:after="0"/>
            </w:pPr>
            <w:r>
              <w:rPr>
                <w:color w:val="3A2B3F"/>
                <w:sz w:val="17"/>
              </w:rPr>
              <w:t>Jodie Jasmin</w:t>
            </w:r>
          </w:p>
        </w:tc>
      </w:tr>
      <w:tr w:rsidR="00033C64" w14:paraId="3B3574B2" w14:textId="77777777">
        <w:trPr>
          <w:jc w:val="center"/>
        </w:trPr>
        <w:tc>
          <w:tcPr>
            <w:tcW w:w="2664" w:type="dxa"/>
            <w:tcBorders>
              <w:top w:val="single" w:sz="4" w:space="0" w:color="D9D0DE"/>
              <w:left w:val="single" w:sz="4" w:space="0" w:color="D9D0DE"/>
              <w:bottom w:val="single" w:sz="4" w:space="0" w:color="D9D0DE"/>
              <w:right w:val="single" w:sz="4" w:space="0" w:color="D9D0DE"/>
            </w:tcBorders>
            <w:vAlign w:val="center"/>
          </w:tcPr>
          <w:p w14:paraId="4C6B07BB" w14:textId="77777777" w:rsidR="00033C64" w:rsidRDefault="001A1814">
            <w:pPr>
              <w:spacing w:after="0"/>
            </w:pPr>
            <w:r>
              <w:rPr>
                <w:b/>
                <w:color w:val="3A2B3F"/>
                <w:sz w:val="17"/>
              </w:rPr>
              <w:t>Privacy notice shared?</w:t>
            </w:r>
          </w:p>
        </w:tc>
        <w:tc>
          <w:tcPr>
            <w:tcW w:w="2664"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043DF6C5" w14:textId="77777777" w:rsidR="00033C64" w:rsidRDefault="001A1814">
            <w:pPr>
              <w:spacing w:after="0"/>
            </w:pPr>
            <w:r>
              <w:rPr>
                <w:color w:val="3A2B3F"/>
                <w:sz w:val="17"/>
              </w:rPr>
              <w:t>□ Yes  □ No</w:t>
            </w:r>
          </w:p>
        </w:tc>
        <w:tc>
          <w:tcPr>
            <w:tcW w:w="2664" w:type="dxa"/>
            <w:tcBorders>
              <w:top w:val="single" w:sz="4" w:space="0" w:color="D9D0DE"/>
              <w:left w:val="single" w:sz="4" w:space="0" w:color="D9D0DE"/>
              <w:bottom w:val="single" w:sz="4" w:space="0" w:color="D9D0DE"/>
              <w:right w:val="single" w:sz="4" w:space="0" w:color="D9D0DE"/>
            </w:tcBorders>
            <w:vAlign w:val="center"/>
          </w:tcPr>
          <w:p w14:paraId="2F353D4D" w14:textId="77777777" w:rsidR="00033C64" w:rsidRDefault="001A1814">
            <w:pPr>
              <w:spacing w:after="0"/>
            </w:pPr>
            <w:r>
              <w:rPr>
                <w:b/>
                <w:color w:val="3A2B3F"/>
                <w:sz w:val="17"/>
              </w:rPr>
              <w:t>Consent form sent/received?</w:t>
            </w:r>
          </w:p>
        </w:tc>
        <w:tc>
          <w:tcPr>
            <w:tcW w:w="2664"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5B8EF18A" w14:textId="77777777" w:rsidR="00033C64" w:rsidRDefault="001A1814">
            <w:pPr>
              <w:spacing w:after="0"/>
            </w:pPr>
            <w:r>
              <w:rPr>
                <w:color w:val="3A2B3F"/>
                <w:sz w:val="17"/>
              </w:rPr>
              <w:t>□ Sent  □ Received  □ Needed</w:t>
            </w:r>
          </w:p>
        </w:tc>
      </w:tr>
      <w:tr w:rsidR="00033C64" w14:paraId="37D53884" w14:textId="77777777">
        <w:trPr>
          <w:jc w:val="center"/>
        </w:trPr>
        <w:tc>
          <w:tcPr>
            <w:tcW w:w="2664" w:type="dxa"/>
            <w:tcBorders>
              <w:top w:val="single" w:sz="4" w:space="0" w:color="D9D0DE"/>
              <w:left w:val="single" w:sz="4" w:space="0" w:color="D9D0DE"/>
              <w:bottom w:val="single" w:sz="4" w:space="0" w:color="D9D0DE"/>
              <w:right w:val="single" w:sz="4" w:space="0" w:color="D9D0DE"/>
            </w:tcBorders>
            <w:vAlign w:val="center"/>
          </w:tcPr>
          <w:p w14:paraId="27D44C22" w14:textId="77777777" w:rsidR="00033C64" w:rsidRDefault="001A1814">
            <w:pPr>
              <w:spacing w:after="0"/>
            </w:pPr>
            <w:r>
              <w:rPr>
                <w:b/>
                <w:color w:val="3A2B3F"/>
                <w:sz w:val="17"/>
              </w:rPr>
              <w:t>Next contact / action</w:t>
            </w:r>
          </w:p>
        </w:tc>
        <w:tc>
          <w:tcPr>
            <w:tcW w:w="2664"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110FFD37" w14:textId="77777777" w:rsidR="00033C64" w:rsidRDefault="00033C64">
            <w:pPr>
              <w:spacing w:after="0"/>
            </w:pPr>
          </w:p>
        </w:tc>
        <w:tc>
          <w:tcPr>
            <w:tcW w:w="2664" w:type="dxa"/>
            <w:tcBorders>
              <w:top w:val="single" w:sz="4" w:space="0" w:color="D9D0DE"/>
              <w:left w:val="single" w:sz="4" w:space="0" w:color="D9D0DE"/>
              <w:bottom w:val="single" w:sz="4" w:space="0" w:color="D9D0DE"/>
              <w:right w:val="single" w:sz="4" w:space="0" w:color="D9D0DE"/>
            </w:tcBorders>
            <w:vAlign w:val="center"/>
          </w:tcPr>
          <w:p w14:paraId="54BDB7C7" w14:textId="77777777" w:rsidR="00033C64" w:rsidRDefault="001A1814">
            <w:pPr>
              <w:spacing w:after="0"/>
            </w:pPr>
            <w:r>
              <w:rPr>
                <w:b/>
                <w:color w:val="3A2B3F"/>
                <w:sz w:val="17"/>
              </w:rPr>
              <w:t>Follow-up date</w:t>
            </w:r>
          </w:p>
        </w:tc>
        <w:tc>
          <w:tcPr>
            <w:tcW w:w="2664"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6B699379" w14:textId="77777777" w:rsidR="00033C64" w:rsidRDefault="00033C64">
            <w:pPr>
              <w:spacing w:after="0"/>
            </w:pPr>
          </w:p>
        </w:tc>
      </w:tr>
    </w:tbl>
    <w:p w14:paraId="64917BD0" w14:textId="77777777" w:rsidR="00033C64" w:rsidRDefault="001A1814">
      <w:pPr>
        <w:spacing w:before="40" w:after="40"/>
      </w:pPr>
      <w:r>
        <w:rPr>
          <w:b/>
          <w:color w:val="3A2B3F"/>
          <w:sz w:val="17"/>
        </w:rPr>
        <w:t>Decision rationale, escalation/signposting and agreed next steps:</w:t>
      </w:r>
    </w:p>
    <w:tbl>
      <w:tblPr>
        <w:tblW w:w="0" w:type="auto"/>
        <w:tblLook w:val="04A0" w:firstRow="1" w:lastRow="0" w:firstColumn="1" w:lastColumn="0" w:noHBand="0" w:noVBand="1"/>
      </w:tblPr>
      <w:tblGrid>
        <w:gridCol w:w="10646"/>
      </w:tblGrid>
      <w:tr w:rsidR="00033C64" w14:paraId="77ABD302" w14:textId="77777777">
        <w:tc>
          <w:tcPr>
            <w:tcW w:w="10656"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0C9381D1" w14:textId="77777777" w:rsidR="00033C64" w:rsidRDefault="001A1814">
            <w:r>
              <w:rPr>
                <w:color w:val="3A2B3F"/>
                <w:sz w:val="17"/>
              </w:rPr>
              <w:t xml:space="preserve"> </w:t>
            </w:r>
          </w:p>
        </w:tc>
      </w:tr>
      <w:tr w:rsidR="00033C64" w14:paraId="5DD46645" w14:textId="77777777">
        <w:tc>
          <w:tcPr>
            <w:tcW w:w="10656"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66978A9C" w14:textId="77777777" w:rsidR="00033C64" w:rsidRDefault="001A1814">
            <w:r>
              <w:rPr>
                <w:color w:val="3A2B3F"/>
                <w:sz w:val="17"/>
              </w:rPr>
              <w:t xml:space="preserve"> </w:t>
            </w:r>
          </w:p>
        </w:tc>
      </w:tr>
      <w:tr w:rsidR="00033C64" w14:paraId="6F8FFF11" w14:textId="77777777">
        <w:tc>
          <w:tcPr>
            <w:tcW w:w="10656"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336B16C7" w14:textId="77777777" w:rsidR="00033C64" w:rsidRDefault="001A1814">
            <w:r>
              <w:rPr>
                <w:color w:val="3A2B3F"/>
                <w:sz w:val="17"/>
              </w:rPr>
              <w:t xml:space="preserve"> </w:t>
            </w:r>
          </w:p>
        </w:tc>
      </w:tr>
      <w:tr w:rsidR="00033C64" w14:paraId="597B45D8" w14:textId="77777777">
        <w:tc>
          <w:tcPr>
            <w:tcW w:w="10656" w:type="dxa"/>
            <w:tcBorders>
              <w:top w:val="single" w:sz="4" w:space="0" w:color="D9D0DE"/>
              <w:left w:val="single" w:sz="4" w:space="0" w:color="D9D0DE"/>
              <w:bottom w:val="single" w:sz="4" w:space="0" w:color="D9D0DE"/>
              <w:right w:val="single" w:sz="4" w:space="0" w:color="D9D0DE"/>
            </w:tcBorders>
            <w:shd w:val="clear" w:color="auto" w:fill="F7F7F7"/>
            <w:vAlign w:val="center"/>
          </w:tcPr>
          <w:p w14:paraId="582CCBB7" w14:textId="77777777" w:rsidR="00033C64" w:rsidRDefault="001A1814">
            <w:r>
              <w:rPr>
                <w:color w:val="3A2B3F"/>
                <w:sz w:val="17"/>
              </w:rPr>
              <w:t xml:space="preserve"> </w:t>
            </w:r>
          </w:p>
        </w:tc>
      </w:tr>
      <w:tr w:rsidR="00033C64" w14:paraId="6B9351E6" w14:textId="77777777">
        <w:tblPrEx>
          <w:jc w:val="center"/>
        </w:tblPrEx>
        <w:trPr>
          <w:jc w:val="center"/>
        </w:trPr>
        <w:tc>
          <w:tcPr>
            <w:tcW w:w="10656" w:type="dxa"/>
            <w:tcBorders>
              <w:top w:val="single" w:sz="8" w:space="0" w:color="CDB4DB"/>
              <w:left w:val="single" w:sz="8" w:space="0" w:color="CDB4DB"/>
              <w:bottom w:val="single" w:sz="8" w:space="0" w:color="CDB4DB"/>
              <w:right w:val="single" w:sz="8" w:space="0" w:color="CDB4DB"/>
            </w:tcBorders>
            <w:shd w:val="clear" w:color="auto" w:fill="F4EEFA"/>
          </w:tcPr>
          <w:p w14:paraId="566A0A2C" w14:textId="77777777" w:rsidR="00033C64" w:rsidRDefault="001A1814">
            <w:pPr>
              <w:spacing w:after="0"/>
            </w:pPr>
            <w:r>
              <w:rPr>
                <w:color w:val="3A2B3F"/>
                <w:sz w:val="16"/>
              </w:rPr>
              <w:t>HerCommunity C.I.C. | Email: hercommunitywellbeing@outlook.com | Telephone: 07309090307 | Location: Quinborne Community Centre, Quinton, B32 2TW | Company number: 17312071</w:t>
            </w:r>
          </w:p>
        </w:tc>
      </w:tr>
    </w:tbl>
    <w:p w14:paraId="591036BF" w14:textId="77777777" w:rsidR="001A1814" w:rsidRDefault="001A1814"/>
    <w:sectPr w:rsidR="001A1814" w:rsidSect="00034616">
      <w:headerReference w:type="default" r:id="rId8"/>
      <w:footerReference w:type="default" r:id="rId9"/>
      <w:pgSz w:w="12240" w:h="15840"/>
      <w:pgMar w:top="648" w:right="792" w:bottom="648" w:left="7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A5795" w14:textId="77777777" w:rsidR="007F1F41" w:rsidRDefault="007F1F41">
      <w:pPr>
        <w:spacing w:after="0" w:line="240" w:lineRule="auto"/>
      </w:pPr>
      <w:r>
        <w:separator/>
      </w:r>
    </w:p>
  </w:endnote>
  <w:endnote w:type="continuationSeparator" w:id="0">
    <w:p w14:paraId="2AEDE501" w14:textId="77777777" w:rsidR="007F1F41" w:rsidRDefault="007F1F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BCD04" w14:textId="77777777" w:rsidR="00033C64" w:rsidRDefault="001A1814">
    <w:pPr>
      <w:pStyle w:val="Footer"/>
      <w:jc w:val="center"/>
    </w:pPr>
    <w:r>
      <w:rPr>
        <w:color w:val="6B5B73"/>
        <w:sz w:val="15"/>
      </w:rPr>
      <w:t>Confidential referral information — store securely and share only on a need-to-know safeguarding/support basis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8BDD7" w14:textId="77777777" w:rsidR="007F1F41" w:rsidRDefault="007F1F41">
      <w:pPr>
        <w:spacing w:after="0" w:line="240" w:lineRule="auto"/>
      </w:pPr>
      <w:r>
        <w:separator/>
      </w:r>
    </w:p>
  </w:footnote>
  <w:footnote w:type="continuationSeparator" w:id="0">
    <w:p w14:paraId="5DD34E70" w14:textId="77777777" w:rsidR="007F1F41" w:rsidRDefault="007F1F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6F629" w14:textId="77777777" w:rsidR="00033C64" w:rsidRDefault="001A1814">
    <w:pPr>
      <w:pStyle w:val="Header"/>
      <w:jc w:val="center"/>
    </w:pPr>
    <w:r>
      <w:rPr>
        <w:color w:val="6B5B73"/>
        <w:sz w:val="16"/>
      </w:rPr>
      <w:t xml:space="preserve">HerCommunity C.I.C.  </w:t>
    </w:r>
    <w:proofErr w:type="gramStart"/>
    <w:r>
      <w:rPr>
        <w:color w:val="6B5B73"/>
        <w:sz w:val="16"/>
      </w:rPr>
      <w:t>|  New</w:t>
    </w:r>
    <w:proofErr w:type="gramEnd"/>
    <w:r>
      <w:rPr>
        <w:color w:val="6B5B73"/>
        <w:sz w:val="16"/>
      </w:rPr>
      <w:t xml:space="preserve"> Client Referral </w:t>
    </w:r>
    <w:proofErr w:type="gramStart"/>
    <w:r>
      <w:rPr>
        <w:color w:val="6B5B73"/>
        <w:sz w:val="16"/>
      </w:rPr>
      <w:t>Form  |</w:t>
    </w:r>
    <w:proofErr w:type="gramEnd"/>
    <w:r>
      <w:rPr>
        <w:color w:val="6B5B73"/>
        <w:sz w:val="16"/>
      </w:rPr>
      <w:t xml:space="preserve">  Hear • Empower • Rebuild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36641458">
    <w:abstractNumId w:val="8"/>
  </w:num>
  <w:num w:numId="2" w16cid:durableId="1692610272">
    <w:abstractNumId w:val="6"/>
  </w:num>
  <w:num w:numId="3" w16cid:durableId="1427578477">
    <w:abstractNumId w:val="5"/>
  </w:num>
  <w:num w:numId="4" w16cid:durableId="545217528">
    <w:abstractNumId w:val="4"/>
  </w:num>
  <w:num w:numId="5" w16cid:durableId="2082675964">
    <w:abstractNumId w:val="7"/>
  </w:num>
  <w:num w:numId="6" w16cid:durableId="958416515">
    <w:abstractNumId w:val="3"/>
  </w:num>
  <w:num w:numId="7" w16cid:durableId="1697120283">
    <w:abstractNumId w:val="2"/>
  </w:num>
  <w:num w:numId="8" w16cid:durableId="1386877042">
    <w:abstractNumId w:val="1"/>
  </w:num>
  <w:num w:numId="9" w16cid:durableId="1603342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3C64"/>
    <w:rsid w:val="00034616"/>
    <w:rsid w:val="00050C74"/>
    <w:rsid w:val="0006063C"/>
    <w:rsid w:val="0015074B"/>
    <w:rsid w:val="001A1814"/>
    <w:rsid w:val="0029639D"/>
    <w:rsid w:val="00326F90"/>
    <w:rsid w:val="00327224"/>
    <w:rsid w:val="007F1F41"/>
    <w:rsid w:val="00A1414F"/>
    <w:rsid w:val="00AA1D8D"/>
    <w:rsid w:val="00B47730"/>
    <w:rsid w:val="00CB0664"/>
    <w:rsid w:val="00FC693F"/>
    <w:rsid w:val="225EADF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6F1A86E3-2396-444B-9E20-6DC7EEE06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A2B3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3A2B3F"/>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3A2B3F"/>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1504</Words>
  <Characters>8425</Characters>
  <Application>Microsoft Office Word</Application>
  <DocSecurity>0</DocSecurity>
  <Lines>1203</Lines>
  <Paragraphs>522</Paragraphs>
  <ScaleCrop>false</ScaleCrop>
  <Manager/>
  <Company/>
  <LinksUpToDate>false</LinksUpToDate>
  <CharactersWithSpaces>9407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Jodie Jasmin</dc:creator>
  <cp:keywords/>
  <dc:description>generated by python-docx</dc:description>
  <cp:lastModifiedBy>Jodie Jasmin</cp:lastModifiedBy>
  <cp:revision>2</cp:revision>
  <dcterms:created xsi:type="dcterms:W3CDTF">2026-07-15T06:53:00Z</dcterms:created>
  <dcterms:modified xsi:type="dcterms:W3CDTF">2026-07-15T06:53:00Z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12a067f-032d-4198-8f8b-7c2471d2a924_Enabled">
    <vt:lpwstr>true</vt:lpwstr>
  </property>
  <property fmtid="{D5CDD505-2E9C-101B-9397-08002B2CF9AE}" pid="3" name="MSIP_Label_612a067f-032d-4198-8f8b-7c2471d2a924_SetDate">
    <vt:lpwstr>2026-07-15T06:52:35Z</vt:lpwstr>
  </property>
  <property fmtid="{D5CDD505-2E9C-101B-9397-08002B2CF9AE}" pid="4" name="MSIP_Label_612a067f-032d-4198-8f8b-7c2471d2a924_Method">
    <vt:lpwstr>Privileged</vt:lpwstr>
  </property>
  <property fmtid="{D5CDD505-2E9C-101B-9397-08002B2CF9AE}" pid="5" name="MSIP_Label_612a067f-032d-4198-8f8b-7c2471d2a924_Name">
    <vt:lpwstr>BCC - NOT PROTECTIVELY MARKED</vt:lpwstr>
  </property>
  <property fmtid="{D5CDD505-2E9C-101B-9397-08002B2CF9AE}" pid="6" name="MSIP_Label_612a067f-032d-4198-8f8b-7c2471d2a924_SiteId">
    <vt:lpwstr>699ace67-d2e4-4bcd-b303-d2bbe2b9bbf1</vt:lpwstr>
  </property>
  <property fmtid="{D5CDD505-2E9C-101B-9397-08002B2CF9AE}" pid="7" name="MSIP_Label_612a067f-032d-4198-8f8b-7c2471d2a924_ActionId">
    <vt:lpwstr>d7ff3490-ca48-4bea-b6ce-e1742c8a8e4f</vt:lpwstr>
  </property>
  <property fmtid="{D5CDD505-2E9C-101B-9397-08002B2CF9AE}" pid="8" name="MSIP_Label_612a067f-032d-4198-8f8b-7c2471d2a924_ContentBits">
    <vt:lpwstr>0</vt:lpwstr>
  </property>
  <property fmtid="{D5CDD505-2E9C-101B-9397-08002B2CF9AE}" pid="9" name="MSIP_Label_612a067f-032d-4198-8f8b-7c2471d2a924_Tag">
    <vt:lpwstr>10, 0, 1, 2</vt:lpwstr>
  </property>
</Properties>
</file>